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9ACE" w14:textId="77777777" w:rsidR="00F74827" w:rsidRDefault="00B039DB">
      <w:pPr>
        <w:pStyle w:val="Naslov"/>
      </w:pPr>
      <w:proofErr w:type="spellStart"/>
      <w:r>
        <w:t>Kriteriji</w:t>
      </w:r>
      <w:proofErr w:type="spellEnd"/>
      <w:r>
        <w:t xml:space="preserve"> za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internetske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Grada </w:t>
      </w:r>
      <w:proofErr w:type="spellStart"/>
      <w:r>
        <w:t>Osijeka</w:t>
      </w:r>
      <w:proofErr w:type="spellEnd"/>
    </w:p>
    <w:p w14:paraId="0A85C4AE" w14:textId="77777777" w:rsidR="00F74827" w:rsidRDefault="00B039DB">
      <w:pPr>
        <w:pStyle w:val="Naslov1"/>
      </w:pPr>
      <w:r>
        <w:t xml:space="preserve">1. </w:t>
      </w:r>
      <w:proofErr w:type="spellStart"/>
      <w:r>
        <w:t>Obveze</w:t>
      </w:r>
      <w:proofErr w:type="spellEnd"/>
      <w:r>
        <w:t xml:space="preserve"> IZVRŠITELJA</w:t>
      </w:r>
    </w:p>
    <w:p w14:paraId="48D6F3A5" w14:textId="5738BF50" w:rsidR="00F74827" w:rsidRDefault="00B039DB">
      <w:r>
        <w:t xml:space="preserve">IZVRŠITELJ je </w:t>
      </w:r>
      <w:proofErr w:type="spellStart"/>
      <w:r>
        <w:t>dužan</w:t>
      </w:r>
      <w:proofErr w:type="spellEnd"/>
      <w:r>
        <w:t xml:space="preserve">, od dana </w:t>
      </w:r>
      <w:proofErr w:type="spellStart"/>
      <w:r>
        <w:t>sklapanja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, za NARUČITELJA </w:t>
      </w:r>
      <w:proofErr w:type="spellStart"/>
      <w:r>
        <w:t>obavljati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poslove</w:t>
      </w:r>
      <w:proofErr w:type="spellEnd"/>
      <w:r>
        <w:t xml:space="preserve"> </w:t>
      </w:r>
      <w:proofErr w:type="spellStart"/>
      <w:r>
        <w:t>vezane</w:t>
      </w:r>
      <w:proofErr w:type="spellEnd"/>
      <w:r>
        <w:t xml:space="preserve"> za </w:t>
      </w:r>
      <w:proofErr w:type="spellStart"/>
      <w:r>
        <w:t>održavanje</w:t>
      </w:r>
      <w:proofErr w:type="spellEnd"/>
      <w:r>
        <w:t xml:space="preserve">, </w:t>
      </w:r>
      <w:proofErr w:type="spellStart"/>
      <w:r>
        <w:t>izmjenu</w:t>
      </w:r>
      <w:proofErr w:type="spellEnd"/>
      <w:r>
        <w:t xml:space="preserve">, </w:t>
      </w:r>
      <w:proofErr w:type="spellStart"/>
      <w:r>
        <w:t>naknadnu</w:t>
      </w:r>
      <w:proofErr w:type="spellEnd"/>
      <w:r>
        <w:t xml:space="preserve"> </w:t>
      </w:r>
      <w:proofErr w:type="spellStart"/>
      <w:r>
        <w:t>promjenu</w:t>
      </w:r>
      <w:proofErr w:type="spellEnd"/>
      <w:r>
        <w:t xml:space="preserve"> i </w:t>
      </w:r>
      <w:proofErr w:type="spellStart"/>
      <w:r>
        <w:t>ažuriranje</w:t>
      </w:r>
      <w:proofErr w:type="spellEnd"/>
      <w:r>
        <w:t xml:space="preserve"> web </w:t>
      </w:r>
      <w:proofErr w:type="spellStart"/>
      <w:r>
        <w:t>stranice</w:t>
      </w:r>
      <w:proofErr w:type="spellEnd"/>
      <w:r w:rsidR="00887A66">
        <w:t xml:space="preserve"> </w:t>
      </w:r>
      <w:proofErr w:type="spellStart"/>
      <w:r w:rsidR="00887A66">
        <w:t>grada</w:t>
      </w:r>
      <w:proofErr w:type="spellEnd"/>
      <w:r w:rsidR="00887A66">
        <w:t xml:space="preserve"> Osijek ana </w:t>
      </w:r>
      <w:proofErr w:type="spellStart"/>
      <w:r w:rsidR="00887A66">
        <w:t>adresi</w:t>
      </w:r>
      <w:proofErr w:type="spellEnd"/>
      <w:r w:rsidR="00887A66">
        <w:t xml:space="preserve"> </w:t>
      </w:r>
      <w:hyperlink r:id="rId9" w:history="1">
        <w:r w:rsidR="00887A66" w:rsidRPr="00420EF4">
          <w:rPr>
            <w:rStyle w:val="Hiperveza"/>
          </w:rPr>
          <w:t>www.osijek.hr</w:t>
        </w:r>
      </w:hyperlink>
      <w:r w:rsidR="00887A66">
        <w:t xml:space="preserve"> </w:t>
      </w:r>
      <w:r>
        <w:t>:</w:t>
      </w:r>
    </w:p>
    <w:p w14:paraId="794DCFC3" w14:textId="77777777" w:rsidR="00F74827" w:rsidRDefault="00B039DB">
      <w:pPr>
        <w:pStyle w:val="Naslov2"/>
      </w:pPr>
      <w:r>
        <w:t xml:space="preserve">A. </w:t>
      </w:r>
      <w:proofErr w:type="spellStart"/>
      <w:r>
        <w:t>Redovito</w:t>
      </w:r>
      <w:proofErr w:type="spellEnd"/>
      <w:r>
        <w:t xml:space="preserve"> </w:t>
      </w:r>
      <w:proofErr w:type="spellStart"/>
      <w:r>
        <w:t>tehničko</w:t>
      </w:r>
      <w:proofErr w:type="spellEnd"/>
      <w:r>
        <w:t xml:space="preserve"> </w:t>
      </w:r>
      <w:proofErr w:type="spellStart"/>
      <w:r>
        <w:t>održavanje</w:t>
      </w:r>
      <w:proofErr w:type="spellEnd"/>
    </w:p>
    <w:p w14:paraId="39286F57" w14:textId="3B71FEA2" w:rsidR="00F74827" w:rsidRDefault="00B039DB">
      <w:pPr>
        <w:pStyle w:val="Grafikeoznake"/>
      </w:pPr>
      <w:proofErr w:type="spellStart"/>
      <w:r>
        <w:t>Redovite</w:t>
      </w:r>
      <w:proofErr w:type="spellEnd"/>
      <w:r>
        <w:t xml:space="preserve"> </w:t>
      </w:r>
      <w:proofErr w:type="spellStart"/>
      <w:r>
        <w:t>radnje</w:t>
      </w:r>
      <w:proofErr w:type="spellEnd"/>
      <w:r w:rsidR="00887A66">
        <w:t>/</w:t>
      </w:r>
      <w:proofErr w:type="spellStart"/>
      <w:r w:rsidR="00887A66">
        <w:t>nadogradnje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osigurava</w:t>
      </w:r>
      <w:proofErr w:type="spellEnd"/>
      <w:r>
        <w:t xml:space="preserve"> </w:t>
      </w:r>
      <w:proofErr w:type="spellStart"/>
      <w:r>
        <w:t>ispravnost</w:t>
      </w:r>
      <w:proofErr w:type="spellEnd"/>
      <w:r>
        <w:t xml:space="preserve"> i </w:t>
      </w:r>
      <w:proofErr w:type="spellStart"/>
      <w:r>
        <w:t>sigurnost</w:t>
      </w:r>
      <w:proofErr w:type="spellEnd"/>
      <w:r>
        <w:t xml:space="preserve"> </w:t>
      </w:r>
      <w:proofErr w:type="spellStart"/>
      <w:r>
        <w:t>internetske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>.</w:t>
      </w:r>
    </w:p>
    <w:p w14:paraId="5F442E0D" w14:textId="77777777" w:rsidR="00F74827" w:rsidRDefault="00B039DB">
      <w:pPr>
        <w:pStyle w:val="Grafikeoznake"/>
      </w:pPr>
      <w:proofErr w:type="spellStart"/>
      <w:r>
        <w:t>Osiguravanje</w:t>
      </w:r>
      <w:proofErr w:type="spellEnd"/>
      <w:r>
        <w:t xml:space="preserve"> </w:t>
      </w:r>
      <w:proofErr w:type="spellStart"/>
      <w:r>
        <w:t>ispravnosti</w:t>
      </w:r>
      <w:proofErr w:type="spellEnd"/>
      <w:r>
        <w:t xml:space="preserve"> i </w:t>
      </w:r>
      <w:proofErr w:type="spellStart"/>
      <w:r>
        <w:t>sigurnosti</w:t>
      </w:r>
      <w:proofErr w:type="spellEnd"/>
      <w:r>
        <w:t xml:space="preserve"> </w:t>
      </w:r>
      <w:proofErr w:type="spellStart"/>
      <w:r>
        <w:t>dinamičkih</w:t>
      </w:r>
      <w:proofErr w:type="spellEnd"/>
      <w:r>
        <w:t xml:space="preserve"> </w:t>
      </w:r>
      <w:proofErr w:type="spellStart"/>
      <w:r>
        <w:t>dijelova</w:t>
      </w:r>
      <w:proofErr w:type="spellEnd"/>
      <w:r>
        <w:t xml:space="preserve"> </w:t>
      </w:r>
      <w:proofErr w:type="spellStart"/>
      <w:r>
        <w:t>internetske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>.</w:t>
      </w:r>
    </w:p>
    <w:p w14:paraId="55A79392" w14:textId="27BB7505" w:rsidR="00F74827" w:rsidRDefault="00B039DB">
      <w:pPr>
        <w:pStyle w:val="Grafikeoznake"/>
      </w:pPr>
      <w:proofErr w:type="spellStart"/>
      <w:r>
        <w:t>Redovito</w:t>
      </w:r>
      <w:proofErr w:type="spellEnd"/>
      <w:r>
        <w:t xml:space="preserve"> </w:t>
      </w:r>
      <w:proofErr w:type="spellStart"/>
      <w:r>
        <w:t>ažuriranje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, CMS-a, </w:t>
      </w:r>
      <w:proofErr w:type="spellStart"/>
      <w:r w:rsidR="00381C7B">
        <w:t>wordpress</w:t>
      </w:r>
      <w:proofErr w:type="spellEnd"/>
      <w:r w:rsidR="00381C7B">
        <w:t xml:space="preserve">, </w:t>
      </w:r>
      <w:proofErr w:type="spellStart"/>
      <w:r>
        <w:t>dodataka</w:t>
      </w:r>
      <w:proofErr w:type="spellEnd"/>
      <w:r>
        <w:t xml:space="preserve"> i </w:t>
      </w:r>
      <w:proofErr w:type="spellStart"/>
      <w:r>
        <w:t>integracija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uklanjanja</w:t>
      </w:r>
      <w:proofErr w:type="spellEnd"/>
      <w:r>
        <w:t xml:space="preserve"> </w:t>
      </w:r>
      <w:proofErr w:type="spellStart"/>
      <w:r>
        <w:t>sigurnosnih</w:t>
      </w:r>
      <w:proofErr w:type="spellEnd"/>
      <w:r>
        <w:t xml:space="preserve"> </w:t>
      </w:r>
      <w:proofErr w:type="spellStart"/>
      <w:r>
        <w:t>ranjivosti</w:t>
      </w:r>
      <w:proofErr w:type="spellEnd"/>
      <w:r>
        <w:t>.</w:t>
      </w:r>
    </w:p>
    <w:p w14:paraId="18D522A1" w14:textId="77777777" w:rsidR="00F74827" w:rsidRDefault="00B039DB">
      <w:pPr>
        <w:pStyle w:val="Grafikeoznake"/>
      </w:pPr>
      <w:proofErr w:type="spellStart"/>
      <w:r>
        <w:t>Aktivno</w:t>
      </w:r>
      <w:proofErr w:type="spellEnd"/>
      <w:r>
        <w:t xml:space="preserve"> </w:t>
      </w:r>
      <w:proofErr w:type="spellStart"/>
      <w:r>
        <w:t>praćenje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prisutnost</w:t>
      </w:r>
      <w:proofErr w:type="spellEnd"/>
      <w:r>
        <w:t xml:space="preserve"> </w:t>
      </w:r>
      <w:proofErr w:type="spellStart"/>
      <w:r>
        <w:t>zlonamjernog</w:t>
      </w:r>
      <w:proofErr w:type="spellEnd"/>
      <w:r>
        <w:t xml:space="preserve"> </w:t>
      </w:r>
      <w:proofErr w:type="spellStart"/>
      <w:r>
        <w:t>softvera</w:t>
      </w:r>
      <w:proofErr w:type="spellEnd"/>
      <w:r>
        <w:t xml:space="preserve">, </w:t>
      </w:r>
      <w:proofErr w:type="spellStart"/>
      <w:r>
        <w:t>pokušaja</w:t>
      </w:r>
      <w:proofErr w:type="spellEnd"/>
      <w:r>
        <w:t xml:space="preserve"> </w:t>
      </w:r>
      <w:proofErr w:type="spellStart"/>
      <w:r>
        <w:t>neovlaštenog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i </w:t>
      </w:r>
      <w:proofErr w:type="spellStart"/>
      <w:r>
        <w:t>sigurnosnih</w:t>
      </w:r>
      <w:proofErr w:type="spellEnd"/>
      <w:r>
        <w:t xml:space="preserve"> </w:t>
      </w:r>
      <w:proofErr w:type="spellStart"/>
      <w:r>
        <w:t>prijetnji</w:t>
      </w:r>
      <w:proofErr w:type="spellEnd"/>
      <w:r>
        <w:t>.</w:t>
      </w:r>
    </w:p>
    <w:p w14:paraId="439E451E" w14:textId="77777777" w:rsidR="00F74827" w:rsidRDefault="00B039DB">
      <w:pPr>
        <w:pStyle w:val="Grafikeoznake"/>
      </w:pPr>
      <w:proofErr w:type="spellStart"/>
      <w:r>
        <w:t>Prevencija</w:t>
      </w:r>
      <w:proofErr w:type="spellEnd"/>
      <w:r>
        <w:t xml:space="preserve">, </w:t>
      </w:r>
      <w:proofErr w:type="spellStart"/>
      <w:r>
        <w:t>identifikacija</w:t>
      </w:r>
      <w:proofErr w:type="spellEnd"/>
      <w:r>
        <w:t xml:space="preserve"> i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sigurnosnih</w:t>
      </w:r>
      <w:proofErr w:type="spellEnd"/>
      <w:r>
        <w:t xml:space="preserve"> </w:t>
      </w:r>
      <w:proofErr w:type="spellStart"/>
      <w:r>
        <w:t>incidenata</w:t>
      </w:r>
      <w:proofErr w:type="spellEnd"/>
      <w:r>
        <w:t>.</w:t>
      </w:r>
    </w:p>
    <w:p w14:paraId="29CE6671" w14:textId="77777777" w:rsidR="00F74827" w:rsidRDefault="00B039DB">
      <w:pPr>
        <w:pStyle w:val="Naslov2"/>
      </w:pPr>
      <w:r>
        <w:t xml:space="preserve">B. </w:t>
      </w:r>
      <w:proofErr w:type="spellStart"/>
      <w:r>
        <w:t>Objavljivanje</w:t>
      </w:r>
      <w:proofErr w:type="spellEnd"/>
      <w:r>
        <w:t xml:space="preserve"> i </w:t>
      </w:r>
      <w:proofErr w:type="spellStart"/>
      <w:r>
        <w:t>izmjena</w:t>
      </w:r>
      <w:proofErr w:type="spellEnd"/>
      <w:r>
        <w:t xml:space="preserve"> </w:t>
      </w:r>
      <w:proofErr w:type="spellStart"/>
      <w:r>
        <w:t>sadržaja</w:t>
      </w:r>
      <w:proofErr w:type="spellEnd"/>
    </w:p>
    <w:p w14:paraId="6E3CCF05" w14:textId="77777777" w:rsidR="00F74827" w:rsidRDefault="00B039DB">
      <w:pPr>
        <w:pStyle w:val="Grafikeoznake"/>
      </w:pPr>
      <w:proofErr w:type="spellStart"/>
      <w:r>
        <w:t>Objavljivanje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  <w:proofErr w:type="spellStart"/>
      <w:r>
        <w:t>primljenih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NARUČITELJA.</w:t>
      </w:r>
    </w:p>
    <w:p w14:paraId="2DDEE815" w14:textId="77777777" w:rsidR="00F74827" w:rsidRDefault="00B039DB">
      <w:pPr>
        <w:pStyle w:val="Grafikeoznake"/>
      </w:pPr>
      <w:proofErr w:type="spellStart"/>
      <w:r>
        <w:t>Izmjena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internetskoj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njihove</w:t>
      </w:r>
      <w:proofErr w:type="spellEnd"/>
      <w:r>
        <w:t xml:space="preserve"> </w:t>
      </w:r>
      <w:proofErr w:type="spellStart"/>
      <w:r>
        <w:t>točnosti</w:t>
      </w:r>
      <w:proofErr w:type="spellEnd"/>
      <w:r>
        <w:t xml:space="preserve">, </w:t>
      </w:r>
      <w:proofErr w:type="spellStart"/>
      <w:r>
        <w:t>gramatičke</w:t>
      </w:r>
      <w:proofErr w:type="spellEnd"/>
      <w:r>
        <w:t xml:space="preserve"> i </w:t>
      </w:r>
      <w:proofErr w:type="spellStart"/>
      <w:r>
        <w:t>sintaktičke</w:t>
      </w:r>
      <w:proofErr w:type="spellEnd"/>
      <w:r>
        <w:t xml:space="preserve"> </w:t>
      </w:r>
      <w:proofErr w:type="spellStart"/>
      <w:r>
        <w:t>ispravnosti</w:t>
      </w:r>
      <w:proofErr w:type="spellEnd"/>
      <w:r>
        <w:t>.</w:t>
      </w:r>
    </w:p>
    <w:p w14:paraId="5B7A2B72" w14:textId="77777777" w:rsidR="00F74827" w:rsidRDefault="00B039DB">
      <w:pPr>
        <w:pStyle w:val="Grafikeoznake"/>
      </w:pPr>
      <w:proofErr w:type="spellStart"/>
      <w:r>
        <w:t>Dopunjavanje</w:t>
      </w:r>
      <w:proofErr w:type="spellEnd"/>
      <w:r>
        <w:t xml:space="preserve"> </w:t>
      </w:r>
      <w:proofErr w:type="spellStart"/>
      <w:r>
        <w:t>internetske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aktualnim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i </w:t>
      </w:r>
      <w:proofErr w:type="spellStart"/>
      <w:r>
        <w:t>relevantnim</w:t>
      </w:r>
      <w:proofErr w:type="spellEnd"/>
      <w:r>
        <w:t xml:space="preserve"> </w:t>
      </w:r>
      <w:proofErr w:type="spellStart"/>
      <w:r>
        <w:t>sadržajima</w:t>
      </w:r>
      <w:proofErr w:type="spellEnd"/>
      <w:r>
        <w:t>.</w:t>
      </w:r>
    </w:p>
    <w:p w14:paraId="78E188A1" w14:textId="77777777" w:rsidR="00F74827" w:rsidRDefault="00B039DB">
      <w:pPr>
        <w:pStyle w:val="Grafikeoznake"/>
      </w:pPr>
      <w:proofErr w:type="spellStart"/>
      <w:r>
        <w:t>Dopunjavanje</w:t>
      </w:r>
      <w:proofErr w:type="spellEnd"/>
      <w:r>
        <w:t xml:space="preserve"> </w:t>
      </w:r>
      <w:proofErr w:type="spellStart"/>
      <w:r>
        <w:t>internetske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slikama</w:t>
      </w:r>
      <w:proofErr w:type="spellEnd"/>
      <w:r>
        <w:t xml:space="preserve"> i </w:t>
      </w:r>
      <w:proofErr w:type="spellStart"/>
      <w:r>
        <w:t>multimedijskim</w:t>
      </w:r>
      <w:proofErr w:type="spellEnd"/>
      <w:r>
        <w:t xml:space="preserve"> </w:t>
      </w:r>
      <w:proofErr w:type="spellStart"/>
      <w:r>
        <w:t>sadržajem</w:t>
      </w:r>
      <w:proofErr w:type="spellEnd"/>
      <w:r>
        <w:t xml:space="preserve"> Grada </w:t>
      </w:r>
      <w:proofErr w:type="spellStart"/>
      <w:r>
        <w:t>Osijeka</w:t>
      </w:r>
      <w:proofErr w:type="spellEnd"/>
      <w:r>
        <w:t>.</w:t>
      </w:r>
    </w:p>
    <w:p w14:paraId="7F438EFB" w14:textId="77777777" w:rsidR="00F74827" w:rsidRDefault="00B039DB">
      <w:pPr>
        <w:pStyle w:val="Grafikeoznake"/>
      </w:pPr>
      <w:proofErr w:type="spellStart"/>
      <w:r>
        <w:t>Izrada</w:t>
      </w:r>
      <w:proofErr w:type="spellEnd"/>
      <w:r>
        <w:t xml:space="preserve"> </w:t>
      </w:r>
      <w:proofErr w:type="spellStart"/>
      <w:r>
        <w:t>pomoćnih</w:t>
      </w:r>
      <w:proofErr w:type="spellEnd"/>
      <w:r>
        <w:t xml:space="preserve"> </w:t>
      </w:r>
      <w:proofErr w:type="spellStart"/>
      <w:r>
        <w:t>grafičkih</w:t>
      </w:r>
      <w:proofErr w:type="spellEnd"/>
      <w:r>
        <w:t xml:space="preserve"> </w:t>
      </w:r>
      <w:proofErr w:type="spellStart"/>
      <w:r>
        <w:t>elemenata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 NARUČITELJA.</w:t>
      </w:r>
    </w:p>
    <w:p w14:paraId="5DD1352F" w14:textId="77777777" w:rsidR="00F74827" w:rsidRDefault="00B039DB">
      <w:pPr>
        <w:pStyle w:val="Naslov2"/>
      </w:pPr>
      <w:r>
        <w:t xml:space="preserve">C. </w:t>
      </w:r>
      <w:proofErr w:type="spellStart"/>
      <w:r>
        <w:t>Podrška</w:t>
      </w:r>
      <w:proofErr w:type="spellEnd"/>
      <w:r>
        <w:t xml:space="preserve"> </w:t>
      </w:r>
      <w:proofErr w:type="spellStart"/>
      <w:r>
        <w:t>multimedijskim</w:t>
      </w:r>
      <w:proofErr w:type="spellEnd"/>
      <w:r>
        <w:t xml:space="preserve"> </w:t>
      </w:r>
      <w:proofErr w:type="spellStart"/>
      <w:r>
        <w:t>sadržajima</w:t>
      </w:r>
      <w:proofErr w:type="spellEnd"/>
      <w:r>
        <w:t xml:space="preserve"> i </w:t>
      </w:r>
      <w:proofErr w:type="spellStart"/>
      <w:r>
        <w:t>događanjima</w:t>
      </w:r>
      <w:proofErr w:type="spellEnd"/>
    </w:p>
    <w:p w14:paraId="3DF22B9C" w14:textId="77777777" w:rsidR="00F74827" w:rsidRDefault="00B039DB">
      <w:pPr>
        <w:pStyle w:val="Grafikeoznake"/>
      </w:pPr>
      <w:proofErr w:type="spellStart"/>
      <w:r>
        <w:t>Internetska</w:t>
      </w:r>
      <w:proofErr w:type="spellEnd"/>
      <w:r>
        <w:t xml:space="preserve"> </w:t>
      </w:r>
      <w:proofErr w:type="spellStart"/>
      <w:r>
        <w:t>podrška</w:t>
      </w:r>
      <w:proofErr w:type="spellEnd"/>
      <w:r>
        <w:t xml:space="preserve"> za on-line </w:t>
      </w:r>
      <w:proofErr w:type="spellStart"/>
      <w:r>
        <w:t>prijenos</w:t>
      </w:r>
      <w:proofErr w:type="spellEnd"/>
      <w:r>
        <w:t xml:space="preserve"> </w:t>
      </w:r>
      <w:proofErr w:type="spellStart"/>
      <w:r>
        <w:t>sjednica</w:t>
      </w:r>
      <w:proofErr w:type="spellEnd"/>
      <w:r>
        <w:t xml:space="preserve"> Grada i </w:t>
      </w:r>
      <w:proofErr w:type="spellStart"/>
      <w:r>
        <w:t>Gradskog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>.</w:t>
      </w:r>
    </w:p>
    <w:p w14:paraId="0E7FC9DB" w14:textId="77777777" w:rsidR="00F74827" w:rsidRDefault="00B039DB">
      <w:pPr>
        <w:pStyle w:val="Grafikeoznake"/>
      </w:pPr>
      <w:proofErr w:type="spellStart"/>
      <w:r>
        <w:t>Podrška</w:t>
      </w:r>
      <w:proofErr w:type="spellEnd"/>
      <w:r>
        <w:t xml:space="preserve"> za </w:t>
      </w:r>
      <w:proofErr w:type="spellStart"/>
      <w:r>
        <w:t>prijenos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važnih</w:t>
      </w:r>
      <w:proofErr w:type="spellEnd"/>
      <w:r>
        <w:t xml:space="preserve"> </w:t>
      </w:r>
      <w:proofErr w:type="spellStart"/>
      <w:r>
        <w:t>gradskih</w:t>
      </w:r>
      <w:proofErr w:type="spellEnd"/>
      <w:r>
        <w:t xml:space="preserve"> </w:t>
      </w:r>
      <w:proofErr w:type="spellStart"/>
      <w:r>
        <w:t>događanja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live </w:t>
      </w:r>
      <w:proofErr w:type="spellStart"/>
      <w:r>
        <w:t>streaminga</w:t>
      </w:r>
      <w:proofErr w:type="spellEnd"/>
      <w:r>
        <w:t xml:space="preserve">, po </w:t>
      </w:r>
      <w:proofErr w:type="spellStart"/>
      <w:r>
        <w:t>potrebi</w:t>
      </w:r>
      <w:proofErr w:type="spellEnd"/>
      <w:r>
        <w:t>.</w:t>
      </w:r>
    </w:p>
    <w:p w14:paraId="576F834A" w14:textId="77777777" w:rsidR="00F74827" w:rsidRDefault="00B039DB">
      <w:pPr>
        <w:pStyle w:val="Naslov2"/>
      </w:pPr>
      <w:r>
        <w:t xml:space="preserve">D. </w:t>
      </w:r>
      <w:proofErr w:type="spellStart"/>
      <w:r>
        <w:t>Funkcionalna</w:t>
      </w:r>
      <w:proofErr w:type="spellEnd"/>
      <w:r>
        <w:t xml:space="preserve"> i </w:t>
      </w:r>
      <w:proofErr w:type="spellStart"/>
      <w:r>
        <w:t>tehnološka</w:t>
      </w:r>
      <w:proofErr w:type="spellEnd"/>
      <w:r>
        <w:t xml:space="preserve"> </w:t>
      </w:r>
      <w:proofErr w:type="spellStart"/>
      <w:r>
        <w:t>nadogradnja</w:t>
      </w:r>
      <w:proofErr w:type="spellEnd"/>
    </w:p>
    <w:p w14:paraId="6C0C9894" w14:textId="77777777" w:rsidR="00F74827" w:rsidRDefault="00B039DB">
      <w:pPr>
        <w:pStyle w:val="Grafikeoznake"/>
      </w:pPr>
      <w:proofErr w:type="spellStart"/>
      <w:r>
        <w:t>Isporuka</w:t>
      </w:r>
      <w:proofErr w:type="spellEnd"/>
      <w:r>
        <w:t xml:space="preserve"> </w:t>
      </w:r>
      <w:proofErr w:type="spellStart"/>
      <w:r>
        <w:t>novih</w:t>
      </w:r>
      <w:proofErr w:type="spellEnd"/>
      <w:r>
        <w:t xml:space="preserve"> </w:t>
      </w:r>
      <w:proofErr w:type="spellStart"/>
      <w:r>
        <w:t>verzija</w:t>
      </w:r>
      <w:proofErr w:type="spellEnd"/>
      <w:r>
        <w:t xml:space="preserve"> </w:t>
      </w:r>
      <w:proofErr w:type="spellStart"/>
      <w:r>
        <w:t>softvera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uslijed</w:t>
      </w:r>
      <w:proofErr w:type="spellEnd"/>
      <w:r>
        <w:t xml:space="preserve"> </w:t>
      </w:r>
      <w:proofErr w:type="spellStart"/>
      <w:r>
        <w:t>tehničko-tehnoloških</w:t>
      </w:r>
      <w:proofErr w:type="spellEnd"/>
      <w:r>
        <w:t xml:space="preserve"> </w:t>
      </w:r>
      <w:proofErr w:type="spellStart"/>
      <w:r>
        <w:t>unapređenja</w:t>
      </w:r>
      <w:proofErr w:type="spellEnd"/>
      <w:r>
        <w:t>.</w:t>
      </w:r>
    </w:p>
    <w:p w14:paraId="3A4658C8" w14:textId="77777777" w:rsidR="00F74827" w:rsidRDefault="00B039DB">
      <w:pPr>
        <w:pStyle w:val="Grafikeoznake"/>
      </w:pPr>
      <w:proofErr w:type="spellStart"/>
      <w:r>
        <w:t>Prilagodba</w:t>
      </w:r>
      <w:proofErr w:type="spellEnd"/>
      <w:r>
        <w:t xml:space="preserve"> </w:t>
      </w:r>
      <w:proofErr w:type="spellStart"/>
      <w:r>
        <w:t>programskog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razvojnih</w:t>
      </w:r>
      <w:proofErr w:type="spellEnd"/>
      <w:r>
        <w:t xml:space="preserve"> </w:t>
      </w:r>
      <w:proofErr w:type="spellStart"/>
      <w:r>
        <w:t>tehnoloških</w:t>
      </w:r>
      <w:proofErr w:type="spellEnd"/>
      <w:r>
        <w:t xml:space="preserve"> </w:t>
      </w:r>
      <w:proofErr w:type="spellStart"/>
      <w:r>
        <w:t>promjena</w:t>
      </w:r>
      <w:proofErr w:type="spellEnd"/>
      <w:r>
        <w:t xml:space="preserve"> u </w:t>
      </w:r>
      <w:proofErr w:type="spellStart"/>
      <w:r>
        <w:t>informatičkom</w:t>
      </w:r>
      <w:proofErr w:type="spellEnd"/>
      <w:r>
        <w:t xml:space="preserve"> </w:t>
      </w:r>
      <w:proofErr w:type="spellStart"/>
      <w:r>
        <w:t>sustavu</w:t>
      </w:r>
      <w:proofErr w:type="spellEnd"/>
      <w:r>
        <w:t xml:space="preserve"> NARUČITELJA.</w:t>
      </w:r>
    </w:p>
    <w:p w14:paraId="37C8C39A" w14:textId="77777777" w:rsidR="00F74827" w:rsidRDefault="00B039DB">
      <w:pPr>
        <w:pStyle w:val="Grafikeoznake"/>
      </w:pPr>
      <w:proofErr w:type="spellStart"/>
      <w:r>
        <w:t>Implementacija</w:t>
      </w:r>
      <w:proofErr w:type="spellEnd"/>
      <w:r>
        <w:t xml:space="preserve"> </w:t>
      </w:r>
      <w:proofErr w:type="spellStart"/>
      <w:r>
        <w:t>novih</w:t>
      </w:r>
      <w:proofErr w:type="spellEnd"/>
      <w:r>
        <w:t xml:space="preserve"> </w:t>
      </w:r>
      <w:proofErr w:type="spellStart"/>
      <w:r>
        <w:t>funkcionalnosti</w:t>
      </w:r>
      <w:proofErr w:type="spellEnd"/>
      <w:r>
        <w:t xml:space="preserve"> i </w:t>
      </w:r>
      <w:proofErr w:type="spellStart"/>
      <w:r>
        <w:t>modula</w:t>
      </w:r>
      <w:proofErr w:type="spellEnd"/>
      <w:r>
        <w:t xml:space="preserve"> u </w:t>
      </w:r>
      <w:proofErr w:type="spellStart"/>
      <w:r>
        <w:t>dogovoru</w:t>
      </w:r>
      <w:proofErr w:type="spellEnd"/>
      <w:r>
        <w:t xml:space="preserve"> s NARUČITELJEM.</w:t>
      </w:r>
    </w:p>
    <w:p w14:paraId="2C04C7B5" w14:textId="77777777" w:rsidR="00F74827" w:rsidRDefault="00B039DB">
      <w:pPr>
        <w:pStyle w:val="Grafikeoznake"/>
      </w:pPr>
      <w:proofErr w:type="spellStart"/>
      <w:r>
        <w:t>Podrška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integracija</w:t>
      </w:r>
      <w:proofErr w:type="spellEnd"/>
      <w:r>
        <w:t xml:space="preserve"> s </w:t>
      </w:r>
      <w:proofErr w:type="spellStart"/>
      <w:r>
        <w:t>vanjskim</w:t>
      </w:r>
      <w:proofErr w:type="spellEnd"/>
      <w:r>
        <w:t xml:space="preserve"> </w:t>
      </w:r>
      <w:proofErr w:type="spellStart"/>
      <w:r>
        <w:t>sustavima</w:t>
      </w:r>
      <w:proofErr w:type="spellEnd"/>
      <w:r>
        <w:t xml:space="preserve"> i </w:t>
      </w:r>
      <w:proofErr w:type="spellStart"/>
      <w:r>
        <w:t>servisima</w:t>
      </w:r>
      <w:proofErr w:type="spellEnd"/>
      <w:r>
        <w:t xml:space="preserve"> (</w:t>
      </w:r>
      <w:proofErr w:type="spellStart"/>
      <w:r>
        <w:t>npr</w:t>
      </w:r>
      <w:proofErr w:type="spellEnd"/>
      <w:r>
        <w:t>. e-</w:t>
      </w:r>
      <w:proofErr w:type="spellStart"/>
      <w:r>
        <w:t>Građani</w:t>
      </w:r>
      <w:proofErr w:type="spellEnd"/>
      <w:r>
        <w:t xml:space="preserve">, Open Data, GIS </w:t>
      </w:r>
      <w:proofErr w:type="spellStart"/>
      <w:r>
        <w:t>sustavi</w:t>
      </w:r>
      <w:proofErr w:type="spellEnd"/>
      <w:r>
        <w:t>).</w:t>
      </w:r>
    </w:p>
    <w:p w14:paraId="4E6E3FA6" w14:textId="77777777" w:rsidR="00F74827" w:rsidRDefault="00B039DB">
      <w:pPr>
        <w:pStyle w:val="Naslov2"/>
      </w:pPr>
      <w:r>
        <w:lastRenderedPageBreak/>
        <w:t xml:space="preserve">E. SEO, </w:t>
      </w:r>
      <w:proofErr w:type="spellStart"/>
      <w:r>
        <w:t>pristupačnost</w:t>
      </w:r>
      <w:proofErr w:type="spellEnd"/>
      <w:r>
        <w:t xml:space="preserve"> i UX</w:t>
      </w:r>
    </w:p>
    <w:p w14:paraId="768C956C" w14:textId="77777777" w:rsidR="00F74827" w:rsidRDefault="00B039DB">
      <w:pPr>
        <w:pStyle w:val="Grafikeoznake"/>
      </w:pPr>
      <w:r>
        <w:t xml:space="preserve">Optimizacija </w:t>
      </w:r>
      <w:proofErr w:type="spellStart"/>
      <w:r>
        <w:t>internetske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za </w:t>
      </w:r>
      <w:proofErr w:type="spellStart"/>
      <w:r>
        <w:t>tražilice</w:t>
      </w:r>
      <w:proofErr w:type="spellEnd"/>
      <w:r>
        <w:t xml:space="preserve"> (SEO)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aktualnim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>.</w:t>
      </w:r>
    </w:p>
    <w:p w14:paraId="0A4D5370" w14:textId="77777777" w:rsidR="00F74827" w:rsidRDefault="00B039DB">
      <w:pPr>
        <w:pStyle w:val="Grafikeoznake"/>
      </w:pPr>
      <w:proofErr w:type="spellStart"/>
      <w:r>
        <w:t>Osiguravanje</w:t>
      </w:r>
      <w:proofErr w:type="spellEnd"/>
      <w:r>
        <w:t xml:space="preserve"> </w:t>
      </w:r>
      <w:proofErr w:type="spellStart"/>
      <w:r>
        <w:t>usklađenosti</w:t>
      </w:r>
      <w:proofErr w:type="spellEnd"/>
      <w:r>
        <w:t xml:space="preserve"> web </w:t>
      </w:r>
      <w:proofErr w:type="spellStart"/>
      <w:r>
        <w:t>stranice</w:t>
      </w:r>
      <w:proofErr w:type="spellEnd"/>
      <w:r>
        <w:t xml:space="preserve"> s </w:t>
      </w:r>
      <w:proofErr w:type="spellStart"/>
      <w:r>
        <w:t>pravilima</w:t>
      </w:r>
      <w:proofErr w:type="spellEnd"/>
      <w:r>
        <w:t xml:space="preserve"> WCAG 2.1 AA za </w:t>
      </w:r>
      <w:proofErr w:type="spellStart"/>
      <w:r>
        <w:t>pristupačnost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s </w:t>
      </w:r>
      <w:proofErr w:type="spellStart"/>
      <w:r>
        <w:t>invaliditetom</w:t>
      </w:r>
      <w:proofErr w:type="spellEnd"/>
      <w:r>
        <w:t>.</w:t>
      </w:r>
    </w:p>
    <w:p w14:paraId="5386A543" w14:textId="77777777" w:rsidR="00F74827" w:rsidRDefault="00B039DB">
      <w:pPr>
        <w:pStyle w:val="Grafikeoznake"/>
      </w:pPr>
      <w:proofErr w:type="spellStart"/>
      <w:r>
        <w:t>Kontinuirano</w:t>
      </w:r>
      <w:proofErr w:type="spellEnd"/>
      <w:r>
        <w:t xml:space="preserve"> </w:t>
      </w:r>
      <w:proofErr w:type="spellStart"/>
      <w:r>
        <w:t>praćenje</w:t>
      </w:r>
      <w:proofErr w:type="spellEnd"/>
      <w:r>
        <w:t xml:space="preserve"> </w:t>
      </w:r>
      <w:proofErr w:type="spellStart"/>
      <w:r>
        <w:t>brzine</w:t>
      </w:r>
      <w:proofErr w:type="spellEnd"/>
      <w:r>
        <w:t xml:space="preserve"> </w:t>
      </w:r>
      <w:proofErr w:type="spellStart"/>
      <w:r>
        <w:t>učitavanja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optimizacija </w:t>
      </w:r>
      <w:proofErr w:type="spellStart"/>
      <w:r>
        <w:t>performansi</w:t>
      </w:r>
      <w:proofErr w:type="spellEnd"/>
      <w:r>
        <w:t>.</w:t>
      </w:r>
    </w:p>
    <w:p w14:paraId="6F7ED04E" w14:textId="77777777" w:rsidR="00F74827" w:rsidRDefault="00B039DB">
      <w:pPr>
        <w:pStyle w:val="Grafikeoznake"/>
      </w:pPr>
      <w:proofErr w:type="spellStart"/>
      <w:r>
        <w:t>Redovita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funkcionalnosti</w:t>
      </w:r>
      <w:proofErr w:type="spellEnd"/>
      <w:r>
        <w:t xml:space="preserve"> web </w:t>
      </w:r>
      <w:proofErr w:type="spellStart"/>
      <w:r>
        <w:t>obrasca</w:t>
      </w:r>
      <w:proofErr w:type="spellEnd"/>
      <w:r>
        <w:t xml:space="preserve">, </w:t>
      </w:r>
      <w:proofErr w:type="spellStart"/>
      <w:r>
        <w:t>izbornika</w:t>
      </w:r>
      <w:proofErr w:type="spellEnd"/>
      <w:r>
        <w:t xml:space="preserve">, </w:t>
      </w:r>
      <w:proofErr w:type="spellStart"/>
      <w:r>
        <w:t>pretrage</w:t>
      </w:r>
      <w:proofErr w:type="spellEnd"/>
      <w:r>
        <w:t xml:space="preserve"> i </w:t>
      </w:r>
      <w:proofErr w:type="spellStart"/>
      <w:r>
        <w:t>interaktivnih</w:t>
      </w:r>
      <w:proofErr w:type="spellEnd"/>
      <w:r>
        <w:t xml:space="preserve"> </w:t>
      </w:r>
      <w:proofErr w:type="spellStart"/>
      <w:r>
        <w:t>elemenata</w:t>
      </w:r>
      <w:proofErr w:type="spellEnd"/>
      <w:r>
        <w:t>.</w:t>
      </w:r>
    </w:p>
    <w:p w14:paraId="6F0A3FC9" w14:textId="77777777" w:rsidR="00F74827" w:rsidRDefault="00B039DB">
      <w:pPr>
        <w:pStyle w:val="Naslov2"/>
      </w:pPr>
      <w:r>
        <w:t xml:space="preserve">F. </w:t>
      </w:r>
      <w:proofErr w:type="spellStart"/>
      <w:r>
        <w:t>Praćenje</w:t>
      </w:r>
      <w:proofErr w:type="spellEnd"/>
      <w:r>
        <w:t xml:space="preserve"> i </w:t>
      </w:r>
      <w:proofErr w:type="spellStart"/>
      <w:r>
        <w:t>izvještavanje</w:t>
      </w:r>
      <w:proofErr w:type="spellEnd"/>
    </w:p>
    <w:p w14:paraId="773E012B" w14:textId="77777777" w:rsidR="00F74827" w:rsidRDefault="00B039DB">
      <w:pPr>
        <w:pStyle w:val="Grafikeoznake"/>
      </w:pPr>
      <w:proofErr w:type="spellStart"/>
      <w:r>
        <w:t>Mjesečno</w:t>
      </w:r>
      <w:proofErr w:type="spellEnd"/>
      <w:r>
        <w:t xml:space="preserve"> </w:t>
      </w:r>
      <w:proofErr w:type="spellStart"/>
      <w:r>
        <w:t>izvještavanje</w:t>
      </w:r>
      <w:proofErr w:type="spellEnd"/>
      <w:r>
        <w:t xml:space="preserve"> NARUČITELJA o </w:t>
      </w:r>
      <w:proofErr w:type="spellStart"/>
      <w:r>
        <w:t>statistici</w:t>
      </w:r>
      <w:proofErr w:type="spellEnd"/>
      <w:r>
        <w:t xml:space="preserve"> </w:t>
      </w:r>
      <w:proofErr w:type="spellStart"/>
      <w:r>
        <w:t>posjećenosti</w:t>
      </w:r>
      <w:proofErr w:type="spellEnd"/>
      <w:r>
        <w:t xml:space="preserve"> web </w:t>
      </w:r>
      <w:proofErr w:type="spellStart"/>
      <w:r>
        <w:t>stranice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izvore</w:t>
      </w:r>
      <w:proofErr w:type="spellEnd"/>
      <w:r>
        <w:t xml:space="preserve"> </w:t>
      </w:r>
      <w:proofErr w:type="spellStart"/>
      <w:r>
        <w:t>posjeta</w:t>
      </w:r>
      <w:proofErr w:type="spellEnd"/>
      <w:r>
        <w:t xml:space="preserve">, </w:t>
      </w:r>
      <w:proofErr w:type="spellStart"/>
      <w:r>
        <w:t>najposjećenije</w:t>
      </w:r>
      <w:proofErr w:type="spellEnd"/>
      <w:r>
        <w:t xml:space="preserve"> </w:t>
      </w:r>
      <w:proofErr w:type="spellStart"/>
      <w:r>
        <w:t>sadržaje</w:t>
      </w:r>
      <w:proofErr w:type="spellEnd"/>
      <w:r>
        <w:t xml:space="preserve"> i </w:t>
      </w:r>
      <w:proofErr w:type="spellStart"/>
      <w:r>
        <w:t>trendove</w:t>
      </w:r>
      <w:proofErr w:type="spellEnd"/>
      <w:r>
        <w:t>.</w:t>
      </w:r>
    </w:p>
    <w:p w14:paraId="20BFD844" w14:textId="77777777" w:rsidR="00F74827" w:rsidRDefault="00B039DB">
      <w:pPr>
        <w:pStyle w:val="Grafikeoznake"/>
      </w:pPr>
      <w:proofErr w:type="spellStart"/>
      <w:r>
        <w:t>Mjesečno</w:t>
      </w:r>
      <w:proofErr w:type="spellEnd"/>
      <w:r>
        <w:t xml:space="preserve"> </w:t>
      </w:r>
      <w:proofErr w:type="spellStart"/>
      <w:r>
        <w:t>izvještavanje</w:t>
      </w:r>
      <w:proofErr w:type="spellEnd"/>
      <w:r>
        <w:t xml:space="preserve"> o </w:t>
      </w:r>
      <w:proofErr w:type="spellStart"/>
      <w:r>
        <w:t>izvršenim</w:t>
      </w:r>
      <w:proofErr w:type="spellEnd"/>
      <w:r>
        <w:t xml:space="preserve"> </w:t>
      </w:r>
      <w:proofErr w:type="spellStart"/>
      <w:r>
        <w:t>poslovima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prethodnih</w:t>
      </w:r>
      <w:proofErr w:type="spellEnd"/>
      <w:r>
        <w:t xml:space="preserve"> </w:t>
      </w:r>
      <w:proofErr w:type="spellStart"/>
      <w:r>
        <w:t>stavki</w:t>
      </w:r>
      <w:proofErr w:type="spellEnd"/>
      <w:r>
        <w:t>.</w:t>
      </w:r>
    </w:p>
    <w:p w14:paraId="5D37B5A2" w14:textId="77777777" w:rsidR="00F74827" w:rsidRDefault="00B039DB">
      <w:pPr>
        <w:pStyle w:val="Naslov1"/>
      </w:pPr>
      <w:r>
        <w:t xml:space="preserve">2. </w:t>
      </w:r>
      <w:proofErr w:type="spellStart"/>
      <w:r>
        <w:t>Autorska</w:t>
      </w:r>
      <w:proofErr w:type="spellEnd"/>
      <w:r>
        <w:t xml:space="preserve"> </w:t>
      </w:r>
      <w:proofErr w:type="spellStart"/>
      <w:r>
        <w:t>prava</w:t>
      </w:r>
      <w:proofErr w:type="spellEnd"/>
    </w:p>
    <w:p w14:paraId="3D400129" w14:textId="77777777" w:rsidR="00F74827" w:rsidRDefault="00B039DB" w:rsidP="00F2798E">
      <w:pPr>
        <w:jc w:val="both"/>
      </w:pPr>
      <w:r>
        <w:t xml:space="preserve">IZVRŠITELJ se </w:t>
      </w:r>
      <w:proofErr w:type="spellStart"/>
      <w:r>
        <w:t>obvezuje</w:t>
      </w:r>
      <w:proofErr w:type="spellEnd"/>
      <w:r>
        <w:t xml:space="preserve"> da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polagati</w:t>
      </w:r>
      <w:proofErr w:type="spellEnd"/>
      <w:r>
        <w:t xml:space="preserve"> </w:t>
      </w:r>
      <w:proofErr w:type="spellStart"/>
      <w:r>
        <w:t>nikakva</w:t>
      </w:r>
      <w:proofErr w:type="spellEnd"/>
      <w:r>
        <w:t xml:space="preserve"> </w:t>
      </w:r>
      <w:proofErr w:type="spellStart"/>
      <w:r>
        <w:t>autorska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dorađeni</w:t>
      </w:r>
      <w:proofErr w:type="spellEnd"/>
      <w:r>
        <w:t xml:space="preserve"> i </w:t>
      </w:r>
      <w:proofErr w:type="spellStart"/>
      <w:r>
        <w:t>izmijenjeni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internetske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Grada </w:t>
      </w:r>
      <w:proofErr w:type="spellStart"/>
      <w:r>
        <w:t>te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izmijenjeni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raspolaganje</w:t>
      </w:r>
      <w:proofErr w:type="spellEnd"/>
      <w:r>
        <w:t xml:space="preserve"> NARUČITELJU.</w:t>
      </w:r>
    </w:p>
    <w:p w14:paraId="5B795EA8" w14:textId="77777777" w:rsidR="00F74827" w:rsidRDefault="00B039DB">
      <w:pPr>
        <w:pStyle w:val="Naslov1"/>
      </w:pPr>
      <w:r>
        <w:t xml:space="preserve">3.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dostave</w:t>
      </w:r>
      <w:proofErr w:type="spellEnd"/>
      <w:r>
        <w:t xml:space="preserve"> </w:t>
      </w:r>
      <w:proofErr w:type="spellStart"/>
      <w:r>
        <w:t>materijala</w:t>
      </w:r>
      <w:proofErr w:type="spellEnd"/>
    </w:p>
    <w:p w14:paraId="5A3127EC" w14:textId="77777777" w:rsidR="00F74827" w:rsidRDefault="00B039DB" w:rsidP="00F2798E">
      <w:pPr>
        <w:jc w:val="both"/>
      </w:pPr>
      <w:r>
        <w:t xml:space="preserve">NARUČITELJ je </w:t>
      </w:r>
      <w:proofErr w:type="spellStart"/>
      <w:r>
        <w:t>podatke</w:t>
      </w:r>
      <w:proofErr w:type="spellEnd"/>
      <w:r>
        <w:t xml:space="preserve"> za </w:t>
      </w:r>
      <w:proofErr w:type="spellStart"/>
      <w:r>
        <w:t>poslove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, </w:t>
      </w:r>
      <w:proofErr w:type="spellStart"/>
      <w:r>
        <w:t>izmjena</w:t>
      </w:r>
      <w:proofErr w:type="spellEnd"/>
      <w:r>
        <w:t xml:space="preserve">, </w:t>
      </w:r>
      <w:proofErr w:type="spellStart"/>
      <w:r>
        <w:t>naknadnih</w:t>
      </w:r>
      <w:proofErr w:type="spellEnd"/>
      <w:r>
        <w:t xml:space="preserve"> </w:t>
      </w:r>
      <w:proofErr w:type="spellStart"/>
      <w:r>
        <w:t>promjena</w:t>
      </w:r>
      <w:proofErr w:type="spellEnd"/>
      <w:r>
        <w:t xml:space="preserve"> i </w:t>
      </w:r>
      <w:proofErr w:type="spellStart"/>
      <w:r>
        <w:t>ažuriranja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slati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e-mail </w:t>
      </w:r>
      <w:proofErr w:type="spellStart"/>
      <w:r>
        <w:t>adresu</w:t>
      </w:r>
      <w:proofErr w:type="spellEnd"/>
      <w:r>
        <w:t xml:space="preserve"> web@osijek.hr.</w:t>
      </w:r>
    </w:p>
    <w:p w14:paraId="2AD58138" w14:textId="77777777" w:rsidR="00F74827" w:rsidRDefault="00B039DB">
      <w:pPr>
        <w:pStyle w:val="Naslov1"/>
      </w:pPr>
      <w:r>
        <w:t xml:space="preserve">4.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odaziva</w:t>
      </w:r>
      <w:proofErr w:type="spellEnd"/>
    </w:p>
    <w:p w14:paraId="5BCB1E2E" w14:textId="77777777" w:rsidR="00F74827" w:rsidRDefault="00B039DB" w:rsidP="00F2798E">
      <w:pPr>
        <w:jc w:val="both"/>
      </w:pPr>
      <w:r>
        <w:t xml:space="preserve">Na </w:t>
      </w:r>
      <w:proofErr w:type="spellStart"/>
      <w:r>
        <w:t>hitne</w:t>
      </w:r>
      <w:proofErr w:type="spellEnd"/>
      <w:r>
        <w:t xml:space="preserve"> </w:t>
      </w:r>
      <w:proofErr w:type="spellStart"/>
      <w:r>
        <w:t>zahtjeve</w:t>
      </w:r>
      <w:proofErr w:type="spellEnd"/>
      <w:r>
        <w:t xml:space="preserve"> za </w:t>
      </w:r>
      <w:proofErr w:type="spellStart"/>
      <w:r>
        <w:t>intervenciju</w:t>
      </w:r>
      <w:proofErr w:type="spellEnd"/>
      <w:r>
        <w:t xml:space="preserve"> IZVRŠITELJ se </w:t>
      </w:r>
      <w:proofErr w:type="spellStart"/>
      <w:r>
        <w:t>obvezuje</w:t>
      </w:r>
      <w:proofErr w:type="spellEnd"/>
      <w:r>
        <w:t xml:space="preserve"> </w:t>
      </w:r>
      <w:proofErr w:type="spellStart"/>
      <w:r>
        <w:t>odazvati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2 </w:t>
      </w:r>
      <w:proofErr w:type="spellStart"/>
      <w:r>
        <w:t>sata</w:t>
      </w:r>
      <w:proofErr w:type="spellEnd"/>
      <w:r>
        <w:t xml:space="preserve">. Za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zahtjeve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</w:t>
      </w:r>
      <w:proofErr w:type="spellStart"/>
      <w:r>
        <w:t>odaziva</w:t>
      </w:r>
      <w:proofErr w:type="spellEnd"/>
      <w:r>
        <w:t xml:space="preserve"> je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dan, a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potpune</w:t>
      </w:r>
      <w:proofErr w:type="spellEnd"/>
      <w:r>
        <w:t xml:space="preserve"> </w:t>
      </w:r>
      <w:proofErr w:type="spellStart"/>
      <w:r>
        <w:t>nedostupnosti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— </w:t>
      </w:r>
      <w:proofErr w:type="spellStart"/>
      <w:r>
        <w:t>odmah</w:t>
      </w:r>
      <w:proofErr w:type="spellEnd"/>
      <w:r>
        <w:t xml:space="preserve">.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odaziva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vikende</w:t>
      </w:r>
      <w:proofErr w:type="spellEnd"/>
      <w:r>
        <w:t xml:space="preserve">,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blagdane</w:t>
      </w:r>
      <w:proofErr w:type="spellEnd"/>
      <w:r>
        <w:t xml:space="preserve"> i </w:t>
      </w:r>
      <w:proofErr w:type="spellStart"/>
      <w:r>
        <w:t>neradne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, bez </w:t>
      </w:r>
      <w:proofErr w:type="spellStart"/>
      <w:r>
        <w:t>dodatnih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za NARUČITELJA.</w:t>
      </w:r>
    </w:p>
    <w:p w14:paraId="1A51A693" w14:textId="77777777" w:rsidR="00F74827" w:rsidRDefault="00B039DB">
      <w:pPr>
        <w:pStyle w:val="Naslov1"/>
      </w:pPr>
      <w:r>
        <w:t xml:space="preserve">5.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usluge</w:t>
      </w:r>
      <w:proofErr w:type="spellEnd"/>
    </w:p>
    <w:p w14:paraId="49702367" w14:textId="40D646C2" w:rsidR="00F74827" w:rsidRDefault="00B039DB" w:rsidP="00F2798E">
      <w:pPr>
        <w:jc w:val="both"/>
      </w:pPr>
      <w:proofErr w:type="spellStart"/>
      <w:r>
        <w:t>Dodatni</w:t>
      </w:r>
      <w:proofErr w:type="spellEnd"/>
      <w:r>
        <w:t xml:space="preserve"> 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vezani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redizajn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, </w:t>
      </w:r>
      <w:proofErr w:type="spellStart"/>
      <w:r>
        <w:t>promjene</w:t>
      </w:r>
      <w:proofErr w:type="spellEnd"/>
      <w:r>
        <w:t xml:space="preserve"> u </w:t>
      </w:r>
      <w:proofErr w:type="spellStart"/>
      <w:r>
        <w:t>funkcionalnosti</w:t>
      </w:r>
      <w:proofErr w:type="spellEnd"/>
      <w:r>
        <w:t xml:space="preserve"> </w:t>
      </w:r>
      <w:proofErr w:type="spellStart"/>
      <w:r>
        <w:t>izbornika</w:t>
      </w:r>
      <w:proofErr w:type="spellEnd"/>
      <w:r>
        <w:t xml:space="preserve"> i </w:t>
      </w:r>
      <w:proofErr w:type="spellStart"/>
      <w:r>
        <w:t>dodavanje</w:t>
      </w:r>
      <w:proofErr w:type="spellEnd"/>
      <w:r>
        <w:t xml:space="preserve"> </w:t>
      </w:r>
      <w:proofErr w:type="spellStart"/>
      <w:r>
        <w:t>novih</w:t>
      </w:r>
      <w:proofErr w:type="spellEnd"/>
      <w:r>
        <w:t xml:space="preserve"> </w:t>
      </w:r>
      <w:proofErr w:type="spellStart"/>
      <w:r>
        <w:t>funkcionalnosti</w:t>
      </w:r>
      <w:proofErr w:type="spellEnd"/>
      <w:r>
        <w:t xml:space="preserve"> </w:t>
      </w:r>
      <w:proofErr w:type="spellStart"/>
      <w:r>
        <w:t>dogovaraju</w:t>
      </w:r>
      <w:proofErr w:type="spellEnd"/>
      <w:r>
        <w:t xml:space="preserve"> se </w:t>
      </w:r>
      <w:proofErr w:type="spellStart"/>
      <w:r>
        <w:t>posebno</w:t>
      </w:r>
      <w:proofErr w:type="spellEnd"/>
      <w:r>
        <w:t xml:space="preserve"> i </w:t>
      </w:r>
      <w:proofErr w:type="spellStart"/>
      <w:r>
        <w:t>naplaćuju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priloženom</w:t>
      </w:r>
      <w:proofErr w:type="spellEnd"/>
      <w:r>
        <w:t xml:space="preserve"> </w:t>
      </w:r>
      <w:proofErr w:type="spellStart"/>
      <w:r>
        <w:t>cjeniku</w:t>
      </w:r>
      <w:proofErr w:type="spellEnd"/>
      <w:r>
        <w:t>.</w:t>
      </w:r>
      <w:r w:rsidR="00887A66">
        <w:t xml:space="preserve"> (</w:t>
      </w:r>
      <w:proofErr w:type="spellStart"/>
      <w:r w:rsidR="00887A66">
        <w:t>sigurnosne</w:t>
      </w:r>
      <w:proofErr w:type="spellEnd"/>
      <w:r w:rsidR="00887A66">
        <w:t xml:space="preserve"> </w:t>
      </w:r>
      <w:proofErr w:type="spellStart"/>
      <w:r w:rsidR="00887A66">
        <w:t>nadogradnje</w:t>
      </w:r>
      <w:proofErr w:type="spellEnd"/>
      <w:r w:rsidR="00887A66">
        <w:t xml:space="preserve"> web </w:t>
      </w:r>
      <w:proofErr w:type="spellStart"/>
      <w:r w:rsidR="00887A66">
        <w:t>stranice</w:t>
      </w:r>
      <w:proofErr w:type="spellEnd"/>
      <w:r w:rsidR="00887A66">
        <w:t xml:space="preserve"> </w:t>
      </w:r>
      <w:proofErr w:type="spellStart"/>
      <w:r w:rsidR="00887A66">
        <w:t>nisu</w:t>
      </w:r>
      <w:proofErr w:type="spellEnd"/>
      <w:r w:rsidR="00887A66">
        <w:t xml:space="preserve"> </w:t>
      </w:r>
      <w:proofErr w:type="spellStart"/>
      <w:r w:rsidR="00887A66">
        <w:t>predmet</w:t>
      </w:r>
      <w:proofErr w:type="spellEnd"/>
      <w:r w:rsidR="00887A66">
        <w:t xml:space="preserve"> </w:t>
      </w:r>
      <w:proofErr w:type="spellStart"/>
      <w:r w:rsidR="00887A66">
        <w:t>dodatnih</w:t>
      </w:r>
      <w:proofErr w:type="spellEnd"/>
      <w:r w:rsidR="00887A66">
        <w:t xml:space="preserve"> </w:t>
      </w:r>
      <w:proofErr w:type="spellStart"/>
      <w:r w:rsidR="00887A66">
        <w:t>troškova</w:t>
      </w:r>
      <w:proofErr w:type="spellEnd"/>
      <w:r w:rsidR="00887A66">
        <w:t xml:space="preserve"> </w:t>
      </w:r>
      <w:proofErr w:type="spellStart"/>
      <w:r w:rsidR="00887A66">
        <w:t>već</w:t>
      </w:r>
      <w:proofErr w:type="spellEnd"/>
      <w:r w:rsidR="00887A66">
        <w:t xml:space="preserve"> </w:t>
      </w:r>
      <w:proofErr w:type="spellStart"/>
      <w:r w:rsidR="00887A66">
        <w:t>su</w:t>
      </w:r>
      <w:proofErr w:type="spellEnd"/>
      <w:r w:rsidR="00887A66">
        <w:t xml:space="preserve"> </w:t>
      </w:r>
      <w:proofErr w:type="spellStart"/>
      <w:r w:rsidR="00887A66">
        <w:t>uključeni</w:t>
      </w:r>
      <w:proofErr w:type="spellEnd"/>
      <w:r w:rsidR="00887A66">
        <w:t xml:space="preserve"> u </w:t>
      </w:r>
      <w:proofErr w:type="spellStart"/>
      <w:r w:rsidR="00887A66">
        <w:t>cijenu</w:t>
      </w:r>
      <w:proofErr w:type="spellEnd"/>
      <w:r w:rsidR="00887A66">
        <w:t xml:space="preserve"> </w:t>
      </w:r>
      <w:proofErr w:type="spellStart"/>
      <w:r w:rsidR="00887A66">
        <w:t>održavanja</w:t>
      </w:r>
      <w:proofErr w:type="spellEnd"/>
      <w:r w:rsidR="00887A66">
        <w:t>)</w:t>
      </w:r>
    </w:p>
    <w:p w14:paraId="6E0B03A0" w14:textId="0220AB5D" w:rsidR="00F74827" w:rsidRDefault="00B039DB">
      <w:pPr>
        <w:pStyle w:val="Naslov1"/>
      </w:pPr>
      <w:r>
        <w:t xml:space="preserve">6. </w:t>
      </w:r>
      <w:proofErr w:type="spellStart"/>
      <w:r>
        <w:t>Trajanje</w:t>
      </w:r>
      <w:proofErr w:type="spellEnd"/>
      <w:r>
        <w:t xml:space="preserve"> </w:t>
      </w:r>
      <w:proofErr w:type="spellStart"/>
      <w:r>
        <w:t>ugovora</w:t>
      </w:r>
      <w:proofErr w:type="spellEnd"/>
      <w:r w:rsidR="004F139D">
        <w:t>/</w:t>
      </w:r>
      <w:proofErr w:type="spellStart"/>
      <w:r w:rsidR="003813CD">
        <w:t>narudžbenice</w:t>
      </w:r>
      <w:proofErr w:type="spellEnd"/>
    </w:p>
    <w:p w14:paraId="37970FD4" w14:textId="122D290C" w:rsidR="00F74827" w:rsidRDefault="00B039DB" w:rsidP="00F2798E">
      <w:pPr>
        <w:jc w:val="both"/>
      </w:pPr>
      <w:proofErr w:type="spellStart"/>
      <w:r>
        <w:t>Ugovor</w:t>
      </w:r>
      <w:proofErr w:type="spellEnd"/>
      <w:r w:rsidR="00E81296">
        <w:t>/</w:t>
      </w:r>
      <w:proofErr w:type="spellStart"/>
      <w:r w:rsidR="00E81296">
        <w:t>narudžbenica</w:t>
      </w:r>
      <w:proofErr w:type="spellEnd"/>
      <w:r>
        <w:t xml:space="preserve"> se </w:t>
      </w:r>
      <w:proofErr w:type="spellStart"/>
      <w:r>
        <w:t>sklapa</w:t>
      </w:r>
      <w:proofErr w:type="spellEnd"/>
      <w:r w:rsidR="00E81296">
        <w:t>/</w:t>
      </w:r>
      <w:proofErr w:type="spellStart"/>
      <w:proofErr w:type="gramStart"/>
      <w:r w:rsidR="00E81296">
        <w:t>izdaje</w:t>
      </w:r>
      <w:proofErr w:type="spellEnd"/>
      <w:r w:rsidR="00E81296">
        <w:t xml:space="preserve"> </w:t>
      </w:r>
      <w:r>
        <w:t xml:space="preserve">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određeno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od 2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mjesečno</w:t>
      </w:r>
      <w:proofErr w:type="spellEnd"/>
      <w:r>
        <w:t xml:space="preserve"> </w:t>
      </w:r>
      <w:proofErr w:type="spellStart"/>
      <w:r>
        <w:t>plaćanje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>.</w:t>
      </w:r>
    </w:p>
    <w:p w14:paraId="34B4358D" w14:textId="6D4EFB33" w:rsidR="00A1612D" w:rsidRDefault="00A1612D" w:rsidP="00F2798E">
      <w:pPr>
        <w:jc w:val="both"/>
      </w:pPr>
      <w:r w:rsidRPr="00A1612D">
        <w:lastRenderedPageBreak/>
        <w:t xml:space="preserve">Pružatelj </w:t>
      </w:r>
      <w:proofErr w:type="spellStart"/>
      <w:r w:rsidRPr="00A1612D">
        <w:t>usluge</w:t>
      </w:r>
      <w:proofErr w:type="spellEnd"/>
      <w:r w:rsidRPr="00A1612D">
        <w:t xml:space="preserve"> je </w:t>
      </w:r>
      <w:proofErr w:type="spellStart"/>
      <w:r w:rsidRPr="00A1612D">
        <w:t>dužan</w:t>
      </w:r>
      <w:proofErr w:type="spellEnd"/>
      <w:r w:rsidRPr="00A1612D">
        <w:t xml:space="preserve"> u </w:t>
      </w:r>
      <w:proofErr w:type="spellStart"/>
      <w:r w:rsidRPr="00A1612D">
        <w:t>roku</w:t>
      </w:r>
      <w:proofErr w:type="spellEnd"/>
      <w:r w:rsidRPr="00A1612D">
        <w:t xml:space="preserve"> od 10 (</w:t>
      </w:r>
      <w:proofErr w:type="spellStart"/>
      <w:r w:rsidRPr="00A1612D">
        <w:t>deset</w:t>
      </w:r>
      <w:proofErr w:type="spellEnd"/>
      <w:r w:rsidRPr="00A1612D">
        <w:t>) dana od dana</w:t>
      </w:r>
      <w:r>
        <w:t xml:space="preserve"> </w:t>
      </w:r>
      <w:proofErr w:type="spellStart"/>
      <w:r>
        <w:t>primitka</w:t>
      </w:r>
      <w:proofErr w:type="spellEnd"/>
      <w:r>
        <w:t xml:space="preserve"> </w:t>
      </w:r>
      <w:proofErr w:type="spellStart"/>
      <w:r>
        <w:t>narudžbenice</w:t>
      </w:r>
      <w:proofErr w:type="spellEnd"/>
      <w:r w:rsidRPr="00A1612D">
        <w:t>, Na</w:t>
      </w:r>
      <w:proofErr w:type="spellStart"/>
      <w:r w:rsidRPr="00A1612D">
        <w:t>ručitelju</w:t>
      </w:r>
      <w:proofErr w:type="spellEnd"/>
      <w:r w:rsidRPr="00A1612D">
        <w:t xml:space="preserve"> </w:t>
      </w:r>
      <w:proofErr w:type="spellStart"/>
      <w:r w:rsidRPr="00A1612D">
        <w:t>predati</w:t>
      </w:r>
      <w:proofErr w:type="spellEnd"/>
      <w:r w:rsidRPr="00A1612D">
        <w:t xml:space="preserve"> </w:t>
      </w:r>
      <w:proofErr w:type="spellStart"/>
      <w:r w:rsidRPr="003304D3">
        <w:rPr>
          <w:b/>
          <w:bCs/>
        </w:rPr>
        <w:t>jamstvo</w:t>
      </w:r>
      <w:proofErr w:type="spellEnd"/>
      <w:r w:rsidRPr="003304D3">
        <w:rPr>
          <w:b/>
          <w:bCs/>
        </w:rPr>
        <w:t xml:space="preserve"> za </w:t>
      </w:r>
      <w:proofErr w:type="spellStart"/>
      <w:r w:rsidRPr="003304D3">
        <w:rPr>
          <w:b/>
          <w:bCs/>
        </w:rPr>
        <w:t>uredno</w:t>
      </w:r>
      <w:proofErr w:type="spellEnd"/>
      <w:r w:rsidRPr="003304D3">
        <w:rPr>
          <w:b/>
          <w:bCs/>
        </w:rPr>
        <w:t xml:space="preserve"> </w:t>
      </w:r>
      <w:proofErr w:type="spellStart"/>
      <w:r w:rsidRPr="003304D3">
        <w:rPr>
          <w:b/>
          <w:bCs/>
        </w:rPr>
        <w:t>izvršenje</w:t>
      </w:r>
      <w:proofErr w:type="spellEnd"/>
      <w:r w:rsidRPr="00A1612D">
        <w:t xml:space="preserve"> u </w:t>
      </w:r>
      <w:proofErr w:type="spellStart"/>
      <w:r w:rsidRPr="00A1612D">
        <w:t>obliku</w:t>
      </w:r>
      <w:proofErr w:type="spellEnd"/>
      <w:r w:rsidRPr="00A1612D">
        <w:t xml:space="preserve"> </w:t>
      </w:r>
      <w:proofErr w:type="spellStart"/>
      <w:r w:rsidRPr="00A1612D">
        <w:t>bjanko</w:t>
      </w:r>
      <w:proofErr w:type="spellEnd"/>
      <w:r w:rsidRPr="00A1612D">
        <w:t xml:space="preserve"> </w:t>
      </w:r>
      <w:proofErr w:type="spellStart"/>
      <w:r w:rsidRPr="00A1612D">
        <w:t>zadužnice</w:t>
      </w:r>
      <w:proofErr w:type="spellEnd"/>
      <w:r w:rsidRPr="00A1612D">
        <w:t xml:space="preserve"> </w:t>
      </w:r>
      <w:proofErr w:type="spellStart"/>
      <w:r w:rsidRPr="00A1612D">
        <w:t>naznačene</w:t>
      </w:r>
      <w:proofErr w:type="spellEnd"/>
      <w:r w:rsidRPr="00A1612D">
        <w:t xml:space="preserve"> </w:t>
      </w:r>
      <w:proofErr w:type="spellStart"/>
      <w:r w:rsidRPr="00A1612D">
        <w:t>na</w:t>
      </w:r>
      <w:proofErr w:type="spellEnd"/>
      <w:r w:rsidRPr="00A1612D">
        <w:t xml:space="preserve"> </w:t>
      </w:r>
      <w:proofErr w:type="spellStart"/>
      <w:r w:rsidRPr="00A1612D">
        <w:t>iznos</w:t>
      </w:r>
      <w:proofErr w:type="spellEnd"/>
      <w:r w:rsidRPr="00A1612D">
        <w:t xml:space="preserve"> koji </w:t>
      </w:r>
      <w:proofErr w:type="spellStart"/>
      <w:r w:rsidRPr="00A1612D">
        <w:t>pokriva</w:t>
      </w:r>
      <w:proofErr w:type="spellEnd"/>
      <w:r w:rsidRPr="00A1612D">
        <w:t xml:space="preserve"> 10 % (</w:t>
      </w:r>
      <w:proofErr w:type="spellStart"/>
      <w:r w:rsidRPr="00A1612D">
        <w:t>deset</w:t>
      </w:r>
      <w:proofErr w:type="spellEnd"/>
      <w:r w:rsidRPr="00A1612D">
        <w:t xml:space="preserve"> </w:t>
      </w:r>
      <w:proofErr w:type="spellStart"/>
      <w:r w:rsidRPr="00A1612D">
        <w:t>posto</w:t>
      </w:r>
      <w:proofErr w:type="spellEnd"/>
      <w:r w:rsidRPr="00A1612D">
        <w:t xml:space="preserve">) od </w:t>
      </w:r>
      <w:proofErr w:type="spellStart"/>
      <w:r w:rsidRPr="00A1612D">
        <w:t>vrijednosti</w:t>
      </w:r>
      <w:proofErr w:type="spellEnd"/>
      <w:r w:rsidRPr="00A1612D">
        <w:t xml:space="preserve"> </w:t>
      </w:r>
      <w:proofErr w:type="spellStart"/>
      <w:r>
        <w:t>narudžbenice</w:t>
      </w:r>
      <w:proofErr w:type="spellEnd"/>
      <w:r w:rsidRPr="00A1612D">
        <w:t xml:space="preserve"> bez PDV-a.</w:t>
      </w:r>
    </w:p>
    <w:p w14:paraId="29B2C7E0" w14:textId="3CC3E4A5" w:rsidR="001D1EE9" w:rsidRDefault="001D1EE9" w:rsidP="00942089">
      <w:pPr>
        <w:jc w:val="both"/>
      </w:pPr>
      <w:proofErr w:type="spellStart"/>
      <w:r w:rsidRPr="001D1EE9">
        <w:t>Naručitelj</w:t>
      </w:r>
      <w:proofErr w:type="spellEnd"/>
      <w:r w:rsidRPr="001D1EE9">
        <w:t xml:space="preserve"> je </w:t>
      </w:r>
      <w:proofErr w:type="spellStart"/>
      <w:r w:rsidRPr="001D1EE9">
        <w:t>ovlašten</w:t>
      </w:r>
      <w:proofErr w:type="spellEnd"/>
      <w:r w:rsidRPr="001D1EE9">
        <w:t xml:space="preserve"> </w:t>
      </w:r>
      <w:proofErr w:type="spellStart"/>
      <w:r w:rsidRPr="001D1EE9">
        <w:t>iz</w:t>
      </w:r>
      <w:proofErr w:type="spellEnd"/>
      <w:r w:rsidRPr="001D1EE9">
        <w:t xml:space="preserve"> </w:t>
      </w:r>
      <w:proofErr w:type="spellStart"/>
      <w:r w:rsidRPr="001D1EE9">
        <w:t>jamstva</w:t>
      </w:r>
      <w:proofErr w:type="spellEnd"/>
      <w:r w:rsidRPr="001D1EE9">
        <w:t xml:space="preserve"> </w:t>
      </w:r>
      <w:proofErr w:type="spellStart"/>
      <w:r w:rsidRPr="001D1EE9">
        <w:t>naplatiti</w:t>
      </w:r>
      <w:proofErr w:type="spellEnd"/>
      <w:r w:rsidRPr="001D1EE9">
        <w:t xml:space="preserve"> </w:t>
      </w:r>
      <w:proofErr w:type="spellStart"/>
      <w:r w:rsidRPr="001D1EE9">
        <w:t>sve</w:t>
      </w:r>
      <w:proofErr w:type="spellEnd"/>
      <w:r w:rsidRPr="001D1EE9">
        <w:t xml:space="preserve"> </w:t>
      </w:r>
      <w:proofErr w:type="spellStart"/>
      <w:r w:rsidRPr="001D1EE9">
        <w:t>štete</w:t>
      </w:r>
      <w:proofErr w:type="spellEnd"/>
      <w:r w:rsidRPr="001D1EE9">
        <w:t xml:space="preserve"> </w:t>
      </w:r>
      <w:proofErr w:type="spellStart"/>
      <w:r w:rsidRPr="001D1EE9">
        <w:t>nastale</w:t>
      </w:r>
      <w:proofErr w:type="spellEnd"/>
      <w:r w:rsidRPr="001D1EE9">
        <w:t xml:space="preserve"> </w:t>
      </w:r>
      <w:proofErr w:type="spellStart"/>
      <w:r w:rsidRPr="001D1EE9">
        <w:t>neurednim</w:t>
      </w:r>
      <w:proofErr w:type="spellEnd"/>
      <w:r w:rsidRPr="001D1EE9">
        <w:t xml:space="preserve"> </w:t>
      </w:r>
      <w:proofErr w:type="spellStart"/>
      <w:r w:rsidRPr="001D1EE9">
        <w:t>izvršenjem</w:t>
      </w:r>
      <w:proofErr w:type="spellEnd"/>
      <w:r w:rsidRPr="001D1EE9">
        <w:t xml:space="preserve"> </w:t>
      </w:r>
      <w:proofErr w:type="spellStart"/>
      <w:r w:rsidRPr="001D1EE9">
        <w:t>ugovor</w:t>
      </w:r>
      <w:r>
        <w:t>e</w:t>
      </w:r>
      <w:r w:rsidRPr="001D1EE9">
        <w:t>nih</w:t>
      </w:r>
      <w:proofErr w:type="spellEnd"/>
      <w:r w:rsidRPr="001D1EE9">
        <w:t xml:space="preserve"> </w:t>
      </w:r>
      <w:proofErr w:type="spellStart"/>
      <w:r w:rsidRPr="001D1EE9">
        <w:t>obveza</w:t>
      </w:r>
      <w:proofErr w:type="spellEnd"/>
      <w:r w:rsidRPr="001D1EE9">
        <w:t xml:space="preserve"> </w:t>
      </w:r>
      <w:proofErr w:type="spellStart"/>
      <w:r w:rsidRPr="001D1EE9">
        <w:t>od</w:t>
      </w:r>
      <w:proofErr w:type="spellEnd"/>
      <w:r w:rsidRPr="001D1EE9">
        <w:t xml:space="preserve"> </w:t>
      </w:r>
      <w:proofErr w:type="spellStart"/>
      <w:r w:rsidRPr="001D1EE9">
        <w:t>strane</w:t>
      </w:r>
      <w:proofErr w:type="spellEnd"/>
      <w:r w:rsidRPr="001D1EE9">
        <w:t xml:space="preserve"> </w:t>
      </w:r>
      <w:proofErr w:type="spellStart"/>
      <w:r w:rsidRPr="001D1EE9">
        <w:t>Pružatelja</w:t>
      </w:r>
      <w:proofErr w:type="spellEnd"/>
      <w:r w:rsidRPr="001D1EE9">
        <w:t xml:space="preserve"> </w:t>
      </w:r>
      <w:proofErr w:type="spellStart"/>
      <w:r w:rsidRPr="001D1EE9">
        <w:t>usluge</w:t>
      </w:r>
      <w:proofErr w:type="spellEnd"/>
      <w:r w:rsidRPr="001D1EE9">
        <w:t>.</w:t>
      </w:r>
    </w:p>
    <w:p w14:paraId="394717DA" w14:textId="54AA8ADC" w:rsidR="00F74827" w:rsidRDefault="00B039DB">
      <w:pPr>
        <w:pStyle w:val="Naslov1"/>
      </w:pPr>
      <w:r>
        <w:t xml:space="preserve">7. </w:t>
      </w:r>
      <w:proofErr w:type="spellStart"/>
      <w:r>
        <w:t>Raskid</w:t>
      </w:r>
      <w:proofErr w:type="spellEnd"/>
      <w:r>
        <w:t xml:space="preserve"> </w:t>
      </w:r>
      <w:proofErr w:type="spellStart"/>
      <w:r>
        <w:t>ugovora</w:t>
      </w:r>
      <w:proofErr w:type="spellEnd"/>
      <w:r w:rsidR="00E81296">
        <w:t>/</w:t>
      </w:r>
      <w:proofErr w:type="spellStart"/>
      <w:r w:rsidR="00E81296">
        <w:t>narudžbenice</w:t>
      </w:r>
      <w:proofErr w:type="spellEnd"/>
    </w:p>
    <w:p w14:paraId="776AC5E2" w14:textId="52EC375F" w:rsidR="00F74827" w:rsidRDefault="00B039DB" w:rsidP="00F2798E">
      <w:pPr>
        <w:jc w:val="both"/>
      </w:pPr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neizvršavanja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opravdanih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, NARUČITELJ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 w:rsidR="00105E3F">
        <w:t>/</w:t>
      </w:r>
      <w:proofErr w:type="spellStart"/>
      <w:r w:rsidR="00105E3F">
        <w:t>narudžbenice</w:t>
      </w:r>
      <w:proofErr w:type="spellEnd"/>
      <w:r>
        <w:t xml:space="preserve"> u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trenutku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obavezu</w:t>
      </w:r>
      <w:proofErr w:type="spellEnd"/>
      <w:r>
        <w:t xml:space="preserve"> da o tome </w:t>
      </w:r>
      <w:proofErr w:type="spellStart"/>
      <w:r>
        <w:t>obavijesti</w:t>
      </w:r>
      <w:proofErr w:type="spellEnd"/>
      <w:r>
        <w:t xml:space="preserve"> IZVRŠITELJA </w:t>
      </w:r>
      <w:proofErr w:type="spellStart"/>
      <w:r>
        <w:t>najmanje</w:t>
      </w:r>
      <w:proofErr w:type="spellEnd"/>
      <w:r>
        <w:t xml:space="preserve"> 30 dana </w:t>
      </w:r>
      <w:proofErr w:type="spellStart"/>
      <w:r>
        <w:t>ranije</w:t>
      </w:r>
      <w:proofErr w:type="spellEnd"/>
      <w:r>
        <w:t>.</w:t>
      </w:r>
    </w:p>
    <w:p w14:paraId="56365813" w14:textId="77777777" w:rsidR="00F74827" w:rsidRDefault="00B039DB">
      <w:pPr>
        <w:pStyle w:val="Naslov1"/>
      </w:pPr>
      <w:r>
        <w:t xml:space="preserve">8. </w:t>
      </w:r>
      <w:proofErr w:type="spellStart"/>
      <w:r>
        <w:t>Elektronički</w:t>
      </w:r>
      <w:proofErr w:type="spellEnd"/>
      <w:r>
        <w:t xml:space="preserve"> </w:t>
      </w:r>
      <w:proofErr w:type="spellStart"/>
      <w:r>
        <w:t>računi</w:t>
      </w:r>
      <w:proofErr w:type="spellEnd"/>
    </w:p>
    <w:p w14:paraId="7DDDBD2C" w14:textId="77777777" w:rsidR="00F74827" w:rsidRDefault="00B039DB" w:rsidP="00F2798E">
      <w:pPr>
        <w:jc w:val="both"/>
      </w:pPr>
      <w:r>
        <w:t xml:space="preserve">IZVRŠITELJ je </w:t>
      </w:r>
      <w:proofErr w:type="spellStart"/>
      <w:r>
        <w:t>obavezan</w:t>
      </w:r>
      <w:proofErr w:type="spellEnd"/>
      <w:r>
        <w:t xml:space="preserve"> </w:t>
      </w:r>
      <w:proofErr w:type="spellStart"/>
      <w:r>
        <w:t>izdati</w:t>
      </w:r>
      <w:proofErr w:type="spellEnd"/>
      <w:r>
        <w:t xml:space="preserve">, a NARUČITELJ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plaćanje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elektroničkih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i </w:t>
      </w:r>
      <w:proofErr w:type="spellStart"/>
      <w:r>
        <w:t>pratećih</w:t>
      </w:r>
      <w:proofErr w:type="spellEnd"/>
      <w:r>
        <w:t xml:space="preserve"> </w:t>
      </w:r>
      <w:proofErr w:type="spellStart"/>
      <w:r>
        <w:t>isprava</w:t>
      </w:r>
      <w:proofErr w:type="spellEnd"/>
      <w:r>
        <w:t xml:space="preserve"> </w:t>
      </w:r>
      <w:proofErr w:type="spellStart"/>
      <w:r>
        <w:t>izdanih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europskoj</w:t>
      </w:r>
      <w:proofErr w:type="spellEnd"/>
      <w:r>
        <w:t xml:space="preserve"> </w:t>
      </w:r>
      <w:proofErr w:type="spellStart"/>
      <w:r>
        <w:t>normi</w:t>
      </w:r>
      <w:proofErr w:type="spellEnd"/>
      <w:r>
        <w:t xml:space="preserve">, u </w:t>
      </w:r>
      <w:proofErr w:type="spellStart"/>
      <w:r>
        <w:t>zakonski</w:t>
      </w:r>
      <w:proofErr w:type="spellEnd"/>
      <w:r>
        <w:t xml:space="preserve"> </w:t>
      </w:r>
      <w:proofErr w:type="spellStart"/>
      <w:r>
        <w:t>propisanom</w:t>
      </w:r>
      <w:proofErr w:type="spellEnd"/>
      <w:r>
        <w:t xml:space="preserve"> </w:t>
      </w:r>
      <w:proofErr w:type="spellStart"/>
      <w:r>
        <w:t>strukturiranom</w:t>
      </w:r>
      <w:proofErr w:type="spellEnd"/>
      <w:r>
        <w:t xml:space="preserve"> </w:t>
      </w:r>
      <w:proofErr w:type="spellStart"/>
      <w:r>
        <w:t>formatu</w:t>
      </w:r>
      <w:proofErr w:type="spellEnd"/>
      <w:r>
        <w:t xml:space="preserve">,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o </w:t>
      </w:r>
      <w:proofErr w:type="spellStart"/>
      <w:r>
        <w:t>elektroničkom</w:t>
      </w:r>
      <w:proofErr w:type="spellEnd"/>
      <w:r>
        <w:t xml:space="preserve"> </w:t>
      </w:r>
      <w:proofErr w:type="spellStart"/>
      <w:r>
        <w:t>izdavanju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u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nabavi</w:t>
      </w:r>
      <w:proofErr w:type="spellEnd"/>
      <w:r>
        <w:t xml:space="preserve"> (NN 94/18).</w:t>
      </w:r>
    </w:p>
    <w:p w14:paraId="3EAF2CE2" w14:textId="77777777" w:rsidR="00F74827" w:rsidRDefault="00B039DB">
      <w:pPr>
        <w:pStyle w:val="Naslov1"/>
      </w:pPr>
      <w:r>
        <w:t xml:space="preserve">DODATAK: </w:t>
      </w:r>
      <w:proofErr w:type="spellStart"/>
      <w:r>
        <w:t>Preporučeni</w:t>
      </w:r>
      <w:proofErr w:type="spellEnd"/>
      <w:r>
        <w:t xml:space="preserve"> </w:t>
      </w:r>
      <w:proofErr w:type="spellStart"/>
      <w:r>
        <w:t>tehnički</w:t>
      </w:r>
      <w:proofErr w:type="spellEnd"/>
      <w:r>
        <w:t xml:space="preserve"> </w:t>
      </w:r>
      <w:proofErr w:type="spellStart"/>
      <w:r>
        <w:t>standardi</w:t>
      </w:r>
      <w:proofErr w:type="spellEnd"/>
    </w:p>
    <w:p w14:paraId="6159A328" w14:textId="77777777" w:rsidR="00F74827" w:rsidRDefault="00B039DB">
      <w:pPr>
        <w:pStyle w:val="Naslov2"/>
      </w:pPr>
      <w:r>
        <w:t xml:space="preserve">1. </w:t>
      </w:r>
      <w:proofErr w:type="spellStart"/>
      <w:r>
        <w:t>Sigurnosni</w:t>
      </w:r>
      <w:proofErr w:type="spellEnd"/>
      <w:r>
        <w:t xml:space="preserve"> </w:t>
      </w:r>
      <w:proofErr w:type="spellStart"/>
      <w:r>
        <w:t>standardi</w:t>
      </w:r>
      <w:proofErr w:type="spellEnd"/>
    </w:p>
    <w:p w14:paraId="46D51331" w14:textId="77777777" w:rsidR="00F74827" w:rsidRDefault="00B039DB">
      <w:r>
        <w:t xml:space="preserve">• SSL/TLS </w:t>
      </w:r>
      <w:proofErr w:type="spellStart"/>
      <w:r>
        <w:t>enkripcija</w:t>
      </w:r>
      <w:proofErr w:type="spellEnd"/>
      <w:r>
        <w:t xml:space="preserve"> za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komunikacijske</w:t>
      </w:r>
      <w:proofErr w:type="spellEnd"/>
      <w:r>
        <w:t xml:space="preserve"> </w:t>
      </w:r>
      <w:proofErr w:type="spellStart"/>
      <w:r>
        <w:t>kanale</w:t>
      </w:r>
      <w:proofErr w:type="spellEnd"/>
      <w:r>
        <w:br/>
        <w:t xml:space="preserve">• </w:t>
      </w:r>
      <w:proofErr w:type="spellStart"/>
      <w:r>
        <w:t>Redoviti</w:t>
      </w:r>
      <w:proofErr w:type="spellEnd"/>
      <w:r>
        <w:t xml:space="preserve"> </w:t>
      </w:r>
      <w:proofErr w:type="spellStart"/>
      <w:r>
        <w:t>sigurnosni</w:t>
      </w:r>
      <w:proofErr w:type="spellEnd"/>
      <w:r>
        <w:t xml:space="preserve"> </w:t>
      </w:r>
      <w:proofErr w:type="spellStart"/>
      <w:r>
        <w:t>testovi</w:t>
      </w:r>
      <w:proofErr w:type="spellEnd"/>
      <w:r>
        <w:t xml:space="preserve"> (</w:t>
      </w:r>
      <w:proofErr w:type="spellStart"/>
      <w:r>
        <w:t>penetracijski</w:t>
      </w:r>
      <w:proofErr w:type="spellEnd"/>
      <w:r>
        <w:t xml:space="preserve"> </w:t>
      </w:r>
      <w:proofErr w:type="spellStart"/>
      <w:r>
        <w:t>testovi</w:t>
      </w:r>
      <w:proofErr w:type="spellEnd"/>
      <w:r>
        <w:t xml:space="preserve"> i vulnerability scanning)</w:t>
      </w:r>
      <w:r>
        <w:br/>
        <w:t xml:space="preserve">• </w:t>
      </w:r>
      <w:proofErr w:type="spellStart"/>
      <w:r>
        <w:t>Primjena</w:t>
      </w:r>
      <w:proofErr w:type="spellEnd"/>
      <w:r>
        <w:t xml:space="preserve"> OWASP Top 10 </w:t>
      </w:r>
      <w:proofErr w:type="spellStart"/>
      <w:r>
        <w:t>sigurnosnih</w:t>
      </w:r>
      <w:proofErr w:type="spellEnd"/>
      <w:r>
        <w:t xml:space="preserve"> </w:t>
      </w:r>
      <w:proofErr w:type="spellStart"/>
      <w:r>
        <w:t>smjernica</w:t>
      </w:r>
      <w:proofErr w:type="spellEnd"/>
      <w:r>
        <w:br/>
        <w:t xml:space="preserve">• </w:t>
      </w:r>
      <w:proofErr w:type="spellStart"/>
      <w:r>
        <w:t>Implementacija</w:t>
      </w:r>
      <w:proofErr w:type="spellEnd"/>
      <w:r>
        <w:t xml:space="preserve"> 2FA za </w:t>
      </w:r>
      <w:proofErr w:type="spellStart"/>
      <w:r>
        <w:t>administratorske</w:t>
      </w:r>
      <w:proofErr w:type="spellEnd"/>
      <w:r>
        <w:t xml:space="preserve"> </w:t>
      </w:r>
      <w:proofErr w:type="spellStart"/>
      <w:r>
        <w:t>račune</w:t>
      </w:r>
      <w:proofErr w:type="spellEnd"/>
    </w:p>
    <w:p w14:paraId="774E1A96" w14:textId="77777777" w:rsidR="00F74827" w:rsidRDefault="00B039DB">
      <w:pPr>
        <w:pStyle w:val="Naslov2"/>
      </w:pPr>
      <w:r>
        <w:t xml:space="preserve">2. SEO </w:t>
      </w:r>
      <w:proofErr w:type="spellStart"/>
      <w:r>
        <w:t>standardi</w:t>
      </w:r>
      <w:proofErr w:type="spellEnd"/>
    </w:p>
    <w:p w14:paraId="0A5ED9E4" w14:textId="77777777" w:rsidR="00F74827" w:rsidRDefault="00B039DB">
      <w:r>
        <w:t xml:space="preserve">•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naslova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hijerarhiji</w:t>
      </w:r>
      <w:proofErr w:type="spellEnd"/>
      <w:r>
        <w:t xml:space="preserve"> (H1, H2, H3)</w:t>
      </w:r>
      <w:r>
        <w:br/>
        <w:t xml:space="preserve">• Optimizacija meta </w:t>
      </w:r>
      <w:proofErr w:type="spellStart"/>
      <w:r>
        <w:t>opisa</w:t>
      </w:r>
      <w:proofErr w:type="spellEnd"/>
      <w:r>
        <w:t xml:space="preserve"> i alt </w:t>
      </w:r>
      <w:proofErr w:type="spellStart"/>
      <w:r>
        <w:t>tagova</w:t>
      </w:r>
      <w:proofErr w:type="spellEnd"/>
      <w:r>
        <w:br/>
        <w:t xml:space="preserve">• </w:t>
      </w:r>
      <w:proofErr w:type="spellStart"/>
      <w:r>
        <w:t>Mobilna</w:t>
      </w:r>
      <w:proofErr w:type="spellEnd"/>
      <w:r>
        <w:t xml:space="preserve"> </w:t>
      </w:r>
      <w:proofErr w:type="spellStart"/>
      <w:r>
        <w:t>prilagodljivost</w:t>
      </w:r>
      <w:proofErr w:type="spellEnd"/>
      <w:r>
        <w:t xml:space="preserve"> (mobile-first)</w:t>
      </w:r>
      <w:r>
        <w:br/>
        <w:t xml:space="preserve">• </w:t>
      </w:r>
      <w:proofErr w:type="spellStart"/>
      <w:r>
        <w:t>Korištenje</w:t>
      </w:r>
      <w:proofErr w:type="spellEnd"/>
      <w:r>
        <w:t xml:space="preserve"> schema.org </w:t>
      </w:r>
      <w:proofErr w:type="spellStart"/>
      <w:r>
        <w:t>oznaka</w:t>
      </w:r>
      <w:proofErr w:type="spellEnd"/>
      <w:r>
        <w:t xml:space="preserve"> za </w:t>
      </w:r>
      <w:proofErr w:type="spellStart"/>
      <w:r>
        <w:t>bolje</w:t>
      </w:r>
      <w:proofErr w:type="spellEnd"/>
      <w:r>
        <w:t xml:space="preserve"> </w:t>
      </w:r>
      <w:proofErr w:type="spellStart"/>
      <w:r>
        <w:t>indeksiranje</w:t>
      </w:r>
      <w:proofErr w:type="spellEnd"/>
    </w:p>
    <w:p w14:paraId="73D9BACB" w14:textId="77777777" w:rsidR="00F74827" w:rsidRDefault="00B039DB">
      <w:pPr>
        <w:pStyle w:val="Naslov2"/>
      </w:pPr>
      <w:r>
        <w:t xml:space="preserve">3. </w:t>
      </w:r>
      <w:proofErr w:type="spellStart"/>
      <w:r>
        <w:t>Pristupačnost</w:t>
      </w:r>
      <w:proofErr w:type="spellEnd"/>
    </w:p>
    <w:p w14:paraId="02DFFC14" w14:textId="77777777" w:rsidR="00F74827" w:rsidRDefault="00B039DB">
      <w:r>
        <w:t xml:space="preserve">• </w:t>
      </w:r>
      <w:proofErr w:type="spellStart"/>
      <w:r>
        <w:t>Usklađenost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standardom</w:t>
      </w:r>
      <w:proofErr w:type="spellEnd"/>
      <w:r>
        <w:t xml:space="preserve"> WCAG 2.1 AA</w:t>
      </w:r>
      <w:r>
        <w:br/>
        <w:t xml:space="preserve">• </w:t>
      </w:r>
      <w:proofErr w:type="spellStart"/>
      <w:r>
        <w:t>Alternativni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za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slike</w:t>
      </w:r>
      <w:proofErr w:type="spellEnd"/>
      <w:r>
        <w:br/>
        <w:t xml:space="preserve">• </w:t>
      </w:r>
      <w:proofErr w:type="spellStart"/>
      <w:r>
        <w:t>Dovoljni</w:t>
      </w:r>
      <w:proofErr w:type="spellEnd"/>
      <w:r>
        <w:t xml:space="preserve"> </w:t>
      </w:r>
      <w:proofErr w:type="spellStart"/>
      <w:r>
        <w:t>kontrast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teksta</w:t>
      </w:r>
      <w:proofErr w:type="spellEnd"/>
      <w:r>
        <w:t xml:space="preserve"> i </w:t>
      </w:r>
      <w:proofErr w:type="spellStart"/>
      <w:r>
        <w:t>pozadine</w:t>
      </w:r>
      <w:proofErr w:type="spellEnd"/>
      <w:r>
        <w:br/>
        <w:t xml:space="preserve">• </w:t>
      </w:r>
      <w:proofErr w:type="spellStart"/>
      <w:r>
        <w:t>Podrška</w:t>
      </w:r>
      <w:proofErr w:type="spellEnd"/>
      <w:r>
        <w:t xml:space="preserve"> za </w:t>
      </w:r>
      <w:proofErr w:type="spellStart"/>
      <w:r>
        <w:t>čitače</w:t>
      </w:r>
      <w:proofErr w:type="spellEnd"/>
      <w:r>
        <w:t xml:space="preserve"> </w:t>
      </w:r>
      <w:proofErr w:type="spellStart"/>
      <w:r>
        <w:t>ekrana</w:t>
      </w:r>
      <w:proofErr w:type="spellEnd"/>
    </w:p>
    <w:p w14:paraId="65D64855" w14:textId="77777777" w:rsidR="00F74827" w:rsidRDefault="00B039DB">
      <w:pPr>
        <w:pStyle w:val="Naslov2"/>
      </w:pPr>
      <w:r>
        <w:t xml:space="preserve">4. </w:t>
      </w:r>
      <w:proofErr w:type="spellStart"/>
      <w:r>
        <w:t>Performanse</w:t>
      </w:r>
      <w:proofErr w:type="spellEnd"/>
    </w:p>
    <w:p w14:paraId="68A1C024" w14:textId="77777777" w:rsidR="00F74827" w:rsidRDefault="00B039DB">
      <w:r>
        <w:t xml:space="preserve">• </w:t>
      </w:r>
      <w:proofErr w:type="spellStart"/>
      <w:r>
        <w:t>Veličina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manja</w:t>
      </w:r>
      <w:proofErr w:type="spellEnd"/>
      <w:r>
        <w:t xml:space="preserve"> od 2 MB po </w:t>
      </w:r>
      <w:proofErr w:type="spellStart"/>
      <w:r>
        <w:t>stranici</w:t>
      </w:r>
      <w:proofErr w:type="spellEnd"/>
      <w:r>
        <w:br/>
        <w:t xml:space="preserve">•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učitavanja</w:t>
      </w:r>
      <w:proofErr w:type="spellEnd"/>
      <w:r>
        <w:t xml:space="preserve"> </w:t>
      </w:r>
      <w:proofErr w:type="spellStart"/>
      <w:r>
        <w:t>početne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&lt; 3 </w:t>
      </w:r>
      <w:proofErr w:type="spellStart"/>
      <w:r>
        <w:t>sekunde</w:t>
      </w:r>
      <w:proofErr w:type="spellEnd"/>
      <w:r>
        <w:br/>
      </w:r>
      <w:r>
        <w:lastRenderedPageBreak/>
        <w:t xml:space="preserve">• </w:t>
      </w:r>
      <w:proofErr w:type="spellStart"/>
      <w:r>
        <w:t>Korištenje</w:t>
      </w:r>
      <w:proofErr w:type="spellEnd"/>
      <w:r>
        <w:t xml:space="preserve"> CDN-a za </w:t>
      </w:r>
      <w:proofErr w:type="spellStart"/>
      <w:r>
        <w:t>statičke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br/>
        <w:t xml:space="preserve">• Lazy-loading za </w:t>
      </w:r>
      <w:proofErr w:type="spellStart"/>
      <w:r>
        <w:t>slike</w:t>
      </w:r>
      <w:proofErr w:type="spellEnd"/>
      <w:r>
        <w:t xml:space="preserve"> i </w:t>
      </w:r>
      <w:proofErr w:type="spellStart"/>
      <w:r>
        <w:t>multimediju</w:t>
      </w:r>
      <w:proofErr w:type="spellEnd"/>
    </w:p>
    <w:p w14:paraId="37A1FA6B" w14:textId="77777777" w:rsidR="00381C7B" w:rsidRPr="0064647C" w:rsidRDefault="00381C7B" w:rsidP="00381C7B">
      <w:pPr>
        <w:rPr>
          <w:i/>
          <w:lang w:val="hr-HR"/>
        </w:rPr>
      </w:pPr>
      <w:r w:rsidRPr="0064647C">
        <w:rPr>
          <w:lang w:val="hr-HR"/>
        </w:rPr>
        <w:t xml:space="preserve">Osijek, </w:t>
      </w:r>
      <w:r>
        <w:rPr>
          <w:i/>
          <w:lang w:val="hr-HR"/>
        </w:rPr>
        <w:t>25</w:t>
      </w:r>
      <w:r w:rsidRPr="0064647C">
        <w:rPr>
          <w:lang w:val="hr-HR"/>
        </w:rPr>
        <w:t xml:space="preserve">. </w:t>
      </w:r>
      <w:r>
        <w:rPr>
          <w:lang w:val="hr-HR"/>
        </w:rPr>
        <w:t>kolovoza</w:t>
      </w:r>
      <w:r w:rsidRPr="0064647C">
        <w:rPr>
          <w:lang w:val="hr-HR"/>
        </w:rPr>
        <w:t xml:space="preserve"> 20</w:t>
      </w:r>
      <w:r>
        <w:rPr>
          <w:lang w:val="hr-HR"/>
        </w:rPr>
        <w:t>2</w:t>
      </w:r>
      <w:r>
        <w:rPr>
          <w:i/>
          <w:lang w:val="hr-HR"/>
        </w:rPr>
        <w:t>5</w:t>
      </w:r>
      <w:r w:rsidRPr="0064647C">
        <w:rPr>
          <w:lang w:val="hr-HR"/>
        </w:rPr>
        <w:t>.</w:t>
      </w:r>
    </w:p>
    <w:sectPr w:rsidR="00381C7B" w:rsidRPr="0064647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D8E5B3C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</w:rPr>
    </w:lvl>
  </w:abstractNum>
  <w:num w:numId="1" w16cid:durableId="1547135567">
    <w:abstractNumId w:val="8"/>
  </w:num>
  <w:num w:numId="2" w16cid:durableId="1183980302">
    <w:abstractNumId w:val="6"/>
  </w:num>
  <w:num w:numId="3" w16cid:durableId="1092168641">
    <w:abstractNumId w:val="5"/>
  </w:num>
  <w:num w:numId="4" w16cid:durableId="981811767">
    <w:abstractNumId w:val="4"/>
  </w:num>
  <w:num w:numId="5" w16cid:durableId="732968890">
    <w:abstractNumId w:val="7"/>
  </w:num>
  <w:num w:numId="6" w16cid:durableId="1117523698">
    <w:abstractNumId w:val="3"/>
  </w:num>
  <w:num w:numId="7" w16cid:durableId="50008365">
    <w:abstractNumId w:val="2"/>
  </w:num>
  <w:num w:numId="8" w16cid:durableId="278688481">
    <w:abstractNumId w:val="1"/>
  </w:num>
  <w:num w:numId="9" w16cid:durableId="720907216">
    <w:abstractNumId w:val="0"/>
  </w:num>
  <w:num w:numId="10" w16cid:durableId="1946183334">
    <w:abstractNumId w:val="9"/>
  </w:num>
  <w:num w:numId="11" w16cid:durableId="1575752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5E3F"/>
    <w:rsid w:val="0015074B"/>
    <w:rsid w:val="001D1EE9"/>
    <w:rsid w:val="002512BD"/>
    <w:rsid w:val="0029639D"/>
    <w:rsid w:val="00326F90"/>
    <w:rsid w:val="003304D3"/>
    <w:rsid w:val="0033682A"/>
    <w:rsid w:val="003813CD"/>
    <w:rsid w:val="00381C7B"/>
    <w:rsid w:val="003C60A1"/>
    <w:rsid w:val="004F139D"/>
    <w:rsid w:val="00601AC7"/>
    <w:rsid w:val="00887A66"/>
    <w:rsid w:val="00942089"/>
    <w:rsid w:val="00A1612D"/>
    <w:rsid w:val="00A20D80"/>
    <w:rsid w:val="00A96EF5"/>
    <w:rsid w:val="00AA1D8D"/>
    <w:rsid w:val="00B039DB"/>
    <w:rsid w:val="00B20141"/>
    <w:rsid w:val="00B47730"/>
    <w:rsid w:val="00BA2B94"/>
    <w:rsid w:val="00C06251"/>
    <w:rsid w:val="00CB0664"/>
    <w:rsid w:val="00D85434"/>
    <w:rsid w:val="00E81296"/>
    <w:rsid w:val="00F2798E"/>
    <w:rsid w:val="00F748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913555"/>
  <w14:defaultImageDpi w14:val="300"/>
  <w15:docId w15:val="{93525998-50E0-4FA1-ACE0-46F55362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887A6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87A66"/>
    <w:rPr>
      <w:color w:val="605E5C"/>
      <w:shd w:val="clear" w:color="auto" w:fill="E1DFDD"/>
    </w:rPr>
  </w:style>
  <w:style w:type="paragraph" w:customStyle="1" w:styleId="Ul">
    <w:name w:val="Ul"/>
    <w:basedOn w:val="Normal"/>
    <w:rsid w:val="00381C7B"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shd w:val="solid" w:color="FFFFFF" w:fill="auto"/>
      <w:lang w:val="ru-RU" w:eastAsia="ru-RU"/>
    </w:rPr>
  </w:style>
  <w:style w:type="paragraph" w:customStyle="1" w:styleId="Li">
    <w:name w:val="Li"/>
    <w:basedOn w:val="Normal"/>
    <w:rsid w:val="00381C7B"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shd w:val="solid" w:color="FFFFFF" w:fil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osije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5A841A-9E85-4940-B201-63EF1BB8352E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374AAB-8AD4-4912-BC6A-7C0F47B26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AB42E5-6FA9-47AD-9983-CB4C6F6426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GRAD OSIJEK</Company>
  <LinksUpToDate>false</LinksUpToDate>
  <CharactersWithSpaces>5382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STRANICA GRAD OSIJEK</dc:title>
  <dc:subject/>
  <dc:creator>DK</dc:creator>
  <cp:keywords/>
  <dc:description>generated by python-docx</dc:description>
  <cp:lastModifiedBy>Izidora Kušen</cp:lastModifiedBy>
  <cp:revision>15</cp:revision>
  <dcterms:created xsi:type="dcterms:W3CDTF">2025-08-27T06:00:00Z</dcterms:created>
  <dcterms:modified xsi:type="dcterms:W3CDTF">2025-08-28T05:21:00Z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